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JUSTIFICANTE DE PAGO DE ALQUILER</w:t>
      </w:r>
    </w:p>
    <w:p/>
    <w:p>
      <w:r>
        <w:rPr>
          <w:b/>
          <w:sz w:val="22"/>
        </w:rPr>
        <w:t>ARRENDADOR/A</w:t>
      </w:r>
    </w:p>
    <w:p>
      <w:r>
        <w:rPr>
          <w:b w:val="0"/>
          <w:sz w:val="22"/>
        </w:rPr>
        <w:t>Nombre y apellidos: ___________________________________________________________</w:t>
      </w:r>
    </w:p>
    <w:p>
      <w:r>
        <w:rPr>
          <w:b w:val="0"/>
          <w:sz w:val="22"/>
        </w:rPr>
        <w:t>DNI/NIE: _________________________________</w:t>
      </w:r>
    </w:p>
    <w:p>
      <w:r>
        <w:rPr>
          <w:b w:val="0"/>
          <w:sz w:val="22"/>
        </w:rPr>
        <w:t>Domicilio: _________________________________________________________________</w:t>
      </w:r>
    </w:p>
    <w:p/>
    <w:p>
      <w:r>
        <w:rPr>
          <w:b/>
          <w:sz w:val="22"/>
        </w:rPr>
        <w:t>ARRENDATARIO/A</w:t>
      </w:r>
    </w:p>
    <w:p>
      <w:r>
        <w:rPr>
          <w:b w:val="0"/>
          <w:sz w:val="22"/>
        </w:rPr>
        <w:t>Nombre y apellidos: _________________________________________________________</w:t>
      </w:r>
    </w:p>
    <w:p>
      <w:r>
        <w:rPr>
          <w:b w:val="0"/>
          <w:sz w:val="22"/>
        </w:rPr>
        <w:t>DNI/NIE: _________________________________</w:t>
      </w:r>
    </w:p>
    <w:p>
      <w:r>
        <w:rPr>
          <w:b w:val="0"/>
          <w:sz w:val="22"/>
        </w:rPr>
        <w:t>Domicilio: _________________________________________________________________</w:t>
      </w:r>
    </w:p>
    <w:p/>
    <w:p>
      <w:r>
        <w:rPr>
          <w:b/>
          <w:sz w:val="22"/>
        </w:rPr>
        <w:t>INMUEBLE ARRENDADO</w:t>
      </w:r>
    </w:p>
    <w:p>
      <w:r>
        <w:rPr>
          <w:b w:val="0"/>
          <w:sz w:val="22"/>
        </w:rPr>
        <w:t>Dirección: _________________________________________________________________</w:t>
      </w:r>
    </w:p>
    <w:p>
      <w:r>
        <w:rPr>
          <w:b w:val="0"/>
          <w:sz w:val="22"/>
        </w:rPr>
        <w:t>Referencia catastral (si se conoce): ________________________________________</w:t>
      </w:r>
    </w:p>
    <w:p/>
    <w:p>
      <w:r>
        <w:rPr>
          <w:b/>
          <w:sz w:val="22"/>
        </w:rPr>
        <w:t>DATOS DEL PAGO</w:t>
      </w:r>
    </w:p>
    <w:p>
      <w:r>
        <w:rPr>
          <w:b w:val="0"/>
          <w:sz w:val="22"/>
        </w:rPr>
        <w:t>Importe abonado: _______________________________ €</w:t>
      </w:r>
    </w:p>
    <w:p>
      <w:r>
        <w:rPr>
          <w:b w:val="0"/>
          <w:sz w:val="22"/>
        </w:rPr>
        <w:t>Concepto: Pago de renta correspondiente al mes de __________________ del año ________</w:t>
      </w:r>
    </w:p>
    <w:p>
      <w:r>
        <w:rPr>
          <w:b w:val="0"/>
          <w:sz w:val="22"/>
        </w:rPr>
        <w:t>Método de pago: __________________________________________</w:t>
      </w:r>
    </w:p>
    <w:p>
      <w:r>
        <w:rPr>
          <w:b w:val="0"/>
          <w:sz w:val="22"/>
        </w:rPr>
        <w:t>Fecha de pago: ___________________________________________</w:t>
      </w:r>
    </w:p>
    <w:p/>
    <w:p>
      <w:r>
        <w:rPr>
          <w:b w:val="0"/>
          <w:sz w:val="22"/>
        </w:rPr>
        <w:t>El/la abajo firmante, en calidad de arrendador/a del inmueble anteriormente descrito, hace constar que ha recibido del/de la arrendatario/a la cantidad arriba indicada en concepto de pago de la renta correspondiente al periodo señalado, quedando, por tanto, justificado dicho pago a todos los efectos legales.</w:t>
      </w:r>
    </w:p>
    <w:p/>
    <w:p/>
    <w:p>
      <w:r>
        <w:rPr>
          <w:b w:val="0"/>
          <w:sz w:val="22"/>
        </w:rPr>
        <w:t>Firma del/de la arrendador/a:</w:t>
      </w:r>
    </w:p>
    <w:p/>
    <w:p/>
    <w:p/>
    <w:p>
      <w:r>
        <w:rPr>
          <w:b w:val="0"/>
          <w:sz w:val="22"/>
        </w:rPr>
        <w:t>___________________________________</w:t>
      </w:r>
    </w:p>
    <w:p/>
    <w:p>
      <w:r>
        <w:rPr>
          <w:b w:val="0"/>
          <w:sz w:val="22"/>
        </w:rPr>
        <w:t>Nombre completo:</w:t>
      </w:r>
    </w:p>
    <w:p/>
    <w:p>
      <w:r>
        <w:rPr>
          <w:b w:val="0"/>
          <w:sz w:val="22"/>
        </w:rPr>
        <w:t>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https://experto-certificados.com/justificante-pago-alquiler/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https://experto-certificados.com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experto-certificados.com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ertificados.com/justificante-pago-alquiler/" TargetMode="External"/><Relationship Id="rId10" Type="http://schemas.openxmlformats.org/officeDocument/2006/relationships/hyperlink" Target="https://experto-certificad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