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JUSTIFICANTE DE USO DE HORAS SINDICALES</w:t>
      </w:r>
    </w:p>
    <w:p/>
    <w:p>
      <w:r>
        <w:rPr>
          <w:b/>
          <w:sz w:val="20"/>
        </w:rPr>
        <w:t>DATOS DEL TRABAJADOR/A</w:t>
      </w:r>
    </w:p>
    <w:p>
      <w:r>
        <w:rPr>
          <w:b w:val="0"/>
          <w:sz w:val="20"/>
        </w:rPr>
        <w:t>Nombre y apellidos: _____________________________________________________________</w:t>
      </w:r>
    </w:p>
    <w:p>
      <w:r>
        <w:rPr>
          <w:b w:val="0"/>
          <w:sz w:val="20"/>
        </w:rPr>
        <w:t>DNI/NIE: ________________________________</w:t>
      </w:r>
    </w:p>
    <w:p>
      <w:r>
        <w:rPr>
          <w:b w:val="0"/>
          <w:sz w:val="20"/>
        </w:rPr>
        <w:t>Categoría profesional: ________________________________</w:t>
      </w:r>
    </w:p>
    <w:p>
      <w:r>
        <w:rPr>
          <w:b w:val="0"/>
          <w:sz w:val="20"/>
        </w:rPr>
        <w:t>Centro de trabajo: ______________________________________________</w:t>
      </w:r>
    </w:p>
    <w:p>
      <w:r>
        <w:rPr>
          <w:b w:val="0"/>
          <w:sz w:val="20"/>
        </w:rPr>
        <w:t>Departamento/Sección: ____________________________________</w:t>
      </w:r>
    </w:p>
    <w:p>
      <w:r>
        <w:rPr>
          <w:b w:val="0"/>
          <w:sz w:val="20"/>
        </w:rPr>
        <w:t>Puesto de trabajo: ______________________________________</w:t>
      </w:r>
    </w:p>
    <w:p/>
    <w:p>
      <w:r>
        <w:rPr>
          <w:b/>
          <w:sz w:val="20"/>
        </w:rPr>
        <w:t>DATOS DE LA EMPRESA</w:t>
      </w:r>
    </w:p>
    <w:p>
      <w:r>
        <w:rPr>
          <w:b w:val="0"/>
          <w:sz w:val="20"/>
        </w:rPr>
        <w:t>Nombre o razón social: _____________________________________________</w:t>
      </w:r>
    </w:p>
    <w:p>
      <w:r>
        <w:rPr>
          <w:b w:val="0"/>
          <w:sz w:val="20"/>
        </w:rPr>
        <w:t>CIF: ______________________</w:t>
      </w:r>
    </w:p>
    <w:p>
      <w:r>
        <w:rPr>
          <w:b w:val="0"/>
          <w:sz w:val="20"/>
        </w:rPr>
        <w:t>Domicilio social: _________________________________________________</w:t>
      </w:r>
    </w:p>
    <w:p>
      <w:r>
        <w:rPr>
          <w:b w:val="0"/>
          <w:sz w:val="20"/>
        </w:rPr>
        <w:t>Centro de trabajo: ________________________________________________</w:t>
      </w:r>
    </w:p>
    <w:p/>
    <w:p>
      <w:r>
        <w:rPr>
          <w:b/>
          <w:sz w:val="20"/>
        </w:rPr>
        <w:t>REPRESENTACIÓN SINDICAL</w:t>
      </w:r>
    </w:p>
    <w:p>
      <w:r>
        <w:rPr>
          <w:b w:val="0"/>
          <w:sz w:val="20"/>
        </w:rPr>
        <w:t>Nombre del sindicato: _____________________________________________</w:t>
      </w:r>
    </w:p>
    <w:p>
      <w:r>
        <w:rPr>
          <w:b w:val="0"/>
          <w:sz w:val="20"/>
        </w:rPr>
        <w:t>Cargo sindical: _________________________________________________</w:t>
      </w:r>
    </w:p>
    <w:p/>
    <w:p>
      <w:r>
        <w:rPr>
          <w:b/>
          <w:sz w:val="20"/>
        </w:rPr>
        <w:t>HORAS SINDICALES UTILIZADAS</w:t>
      </w:r>
    </w:p>
    <w:p>
      <w:r>
        <w:rPr>
          <w:b w:val="0"/>
          <w:sz w:val="20"/>
        </w:rPr>
        <w:t>Día(s) de disfrute: ________________________________</w:t>
      </w:r>
    </w:p>
    <w:p>
      <w:r>
        <w:rPr>
          <w:b w:val="0"/>
          <w:sz w:val="20"/>
        </w:rPr>
        <w:t>Horario: Desde _________ hasta _________</w:t>
      </w:r>
    </w:p>
    <w:p>
      <w:r>
        <w:rPr>
          <w:b w:val="0"/>
          <w:sz w:val="20"/>
        </w:rPr>
        <w:t>Nº total de horas utilizadas: _______</w:t>
      </w:r>
    </w:p>
    <w:p>
      <w:r>
        <w:rPr>
          <w:b w:val="0"/>
          <w:sz w:val="20"/>
        </w:rPr>
        <w:t>Motivo o actividad sindical realizada: _____________________________________________________________</w:t>
      </w:r>
    </w:p>
    <w:p/>
    <w:p>
      <w:r>
        <w:rPr>
          <w:b w:val="0"/>
          <w:sz w:val="20"/>
        </w:rPr>
        <w:t>OBSERVACIONES (si procede):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/>
    <w:p/>
    <w:p>
      <w:r>
        <w:rPr>
          <w:b w:val="0"/>
          <w:sz w:val="20"/>
        </w:rPr>
        <w:t>Firma del trabajador/a: ________________________________</w:t>
      </w:r>
    </w:p>
    <w:p/>
    <w:p>
      <w:r>
        <w:rPr>
          <w:b w:val="0"/>
          <w:sz w:val="20"/>
        </w:rPr>
        <w:t>Firma de la empresa (acuse de recibo): ________________________________</w:t>
      </w:r>
    </w:p>
    <w:p/>
    <w:p>
      <w:r>
        <w:rPr>
          <w:b w:val="0"/>
          <w:sz w:val="20"/>
        </w:rPr>
        <w:t>Sello de la empresa: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https://experto-certificados.com/justificante-horas-sindicales/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justificante-horas-sindicales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