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CERTIFICADO DE TITULARIDAD REAL</w:t>
      </w:r>
    </w:p>
    <w:p/>
    <w:p/>
    <w:p>
      <w:r>
        <w:rPr>
          <w:b/>
          <w:sz w:val="20"/>
        </w:rPr>
        <w:t>D./Dña. _____________________________________________________________</w:t>
      </w:r>
    </w:p>
    <w:p>
      <w:r>
        <w:rPr>
          <w:b w:val="0"/>
          <w:sz w:val="20"/>
        </w:rPr>
        <w:t>con DNI/NIE número ______________________, en calidad de ___________________________________________</w:t>
      </w:r>
    </w:p>
    <w:p>
      <w:r>
        <w:rPr>
          <w:b w:val="0"/>
          <w:sz w:val="20"/>
        </w:rPr>
        <w:t>de la sociedad _______________________________________________________________,</w:t>
      </w:r>
    </w:p>
    <w:p>
      <w:r>
        <w:rPr>
          <w:b w:val="0"/>
          <w:sz w:val="20"/>
        </w:rPr>
        <w:t>con CIF ___________________________ y domicilio social en _____________________________________________,</w:t>
      </w:r>
    </w:p>
    <w:p/>
    <w:p>
      <w:r>
        <w:rPr>
          <w:b/>
          <w:sz w:val="20"/>
        </w:rPr>
        <w:t>CERTIFICA</w:t>
      </w:r>
    </w:p>
    <w:p/>
    <w:p>
      <w:r>
        <w:rPr>
          <w:b w:val="0"/>
          <w:sz w:val="20"/>
        </w:rPr>
        <w:t>Que, de acuerdo con la documentación obrante en la sociedad y conforme a la normativa vigente en materia de prevención del blanqueo de capitales y financiación del terrorismo, la titularidad real de la entidad queda determinada de la siguiente forma:</w:t>
      </w:r>
    </w:p>
    <w:p/>
    <w:p>
      <w:r>
        <w:rPr>
          <w:b/>
          <w:sz w:val="20"/>
        </w:rPr>
        <w:t>Titular(es) real(es):</w:t>
      </w:r>
    </w:p>
    <w:p/>
    <w:p>
      <w:r>
        <w:rPr>
          <w:b w:val="0"/>
          <w:sz w:val="20"/>
        </w:rPr>
        <w:t>1. D./Dña. _____________________________________________________________</w:t>
      </w:r>
    </w:p>
    <w:p>
      <w:r>
        <w:rPr>
          <w:b w:val="0"/>
          <w:sz w:val="20"/>
        </w:rPr>
        <w:t xml:space="preserve">   DNI/NIE: _____________________</w:t>
      </w:r>
    </w:p>
    <w:p>
      <w:r>
        <w:rPr>
          <w:b w:val="0"/>
          <w:sz w:val="20"/>
        </w:rPr>
        <w:t xml:space="preserve">   Nacionalidad: _____________________</w:t>
      </w:r>
    </w:p>
    <w:p>
      <w:r>
        <w:rPr>
          <w:b w:val="0"/>
          <w:sz w:val="20"/>
        </w:rPr>
        <w:t xml:space="preserve">   Fecha de nacimiento: _____________________</w:t>
      </w:r>
    </w:p>
    <w:p>
      <w:r>
        <w:rPr>
          <w:b w:val="0"/>
          <w:sz w:val="20"/>
        </w:rPr>
        <w:t xml:space="preserve">   Domicilio: _____________________________________________________________</w:t>
      </w:r>
    </w:p>
    <w:p>
      <w:r>
        <w:rPr>
          <w:b w:val="0"/>
          <w:sz w:val="20"/>
        </w:rPr>
        <w:t xml:space="preserve">   Porcentaje de participación: ___________%</w:t>
      </w:r>
    </w:p>
    <w:p/>
    <w:p>
      <w:r>
        <w:rPr>
          <w:b w:val="0"/>
          <w:sz w:val="20"/>
        </w:rPr>
        <w:t>2. D./Dña. _____________________________________________________________</w:t>
      </w:r>
    </w:p>
    <w:p>
      <w:r>
        <w:rPr>
          <w:b w:val="0"/>
          <w:sz w:val="20"/>
        </w:rPr>
        <w:t xml:space="preserve">   DNI/NIE: _____________________</w:t>
      </w:r>
    </w:p>
    <w:p>
      <w:r>
        <w:rPr>
          <w:b w:val="0"/>
          <w:sz w:val="20"/>
        </w:rPr>
        <w:t xml:space="preserve">   Nacionalidad: _____________________</w:t>
      </w:r>
    </w:p>
    <w:p>
      <w:r>
        <w:rPr>
          <w:b w:val="0"/>
          <w:sz w:val="20"/>
        </w:rPr>
        <w:t xml:space="preserve">   Fecha de nacimiento: _____________________</w:t>
      </w:r>
    </w:p>
    <w:p>
      <w:r>
        <w:rPr>
          <w:b w:val="0"/>
          <w:sz w:val="20"/>
        </w:rPr>
        <w:t xml:space="preserve">   Domicilio: _____________________________________________________________</w:t>
      </w:r>
    </w:p>
    <w:p>
      <w:r>
        <w:rPr>
          <w:b w:val="0"/>
          <w:sz w:val="20"/>
        </w:rPr>
        <w:t xml:space="preserve">   Porcentaje de participación: ___________%</w:t>
      </w:r>
    </w:p>
    <w:p/>
    <w:p/>
    <w:p>
      <w:r>
        <w:rPr>
          <w:b w:val="0"/>
          <w:sz w:val="20"/>
        </w:rPr>
        <w:t>En caso de no existir ninguna persona física que posea o controle, directa o indirectamente, un porcentaje superior al 25% del capital o de los derechos de voto de la entidad, se considerará como titular real a la persona(s) que ejerza(n) el control efectivo de la misma, que se identifica(n) a continuación:</w:t>
      </w:r>
    </w:p>
    <w:p/>
    <w:p>
      <w:r>
        <w:rPr>
          <w:b w:val="0"/>
          <w:sz w:val="20"/>
        </w:rPr>
        <w:t>D./Dña. _____________________________________________________________</w:t>
      </w:r>
    </w:p>
    <w:p>
      <w:r>
        <w:rPr>
          <w:b w:val="0"/>
          <w:sz w:val="20"/>
        </w:rPr>
        <w:t>DNI/NIE: _____________________</w:t>
      </w:r>
    </w:p>
    <w:p>
      <w:r>
        <w:rPr>
          <w:b w:val="0"/>
          <w:sz w:val="20"/>
        </w:rPr>
        <w:t>Cargo: _____________________</w:t>
      </w:r>
    </w:p>
    <w:p/>
    <w:p/>
    <w:p>
      <w:r>
        <w:rPr>
          <w:b w:val="0"/>
          <w:sz w:val="20"/>
        </w:rPr>
        <w:t>Y para que conste a los efectos oportunos, expido y firmo el presente certificado.</w:t>
      </w:r>
    </w:p>
    <w:p/>
    <w:p/>
    <w:p/>
    <w:p/>
    <w:p>
      <w:r>
        <w:rPr>
          <w:b w:val="0"/>
          <w:sz w:val="20"/>
        </w:rPr>
        <w:t>Lugar: _______________________________</w:t>
      </w:r>
    </w:p>
    <w:p>
      <w:r>
        <w:rPr>
          <w:b w:val="0"/>
          <w:sz w:val="20"/>
        </w:rPr>
        <w:t>Firma: _______________________________</w:t>
      </w:r>
    </w:p>
    <w:p/>
    <w:p/>
    <w:p>
      <w:r>
        <w:rPr>
          <w:b w:val="0"/>
          <w:sz w:val="20"/>
        </w:rPr>
        <w:t>Sello de la entidad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https://experto-certificados.com/certificado-titularidad-real/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https://experto-certificados.com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experto-certificados.com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certificados.com/certificado-titularidad-real/" TargetMode="External"/><Relationship Id="rId10" Type="http://schemas.openxmlformats.org/officeDocument/2006/relationships/hyperlink" Target="https://experto-certificad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