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ESTAR AL CORRIENTE DE PAGO EN LA COMUNIDAD DE PROPIETARIOS</w:t>
      </w:r>
    </w:p>
    <w:p/>
    <w:p>
      <w:r>
        <w:rPr>
          <w:b/>
          <w:sz w:val="20"/>
        </w:rPr>
        <w:t>COMUNIDAD DE PROPIETARIOS</w:t>
      </w:r>
    </w:p>
    <w:p>
      <w:r>
        <w:rPr>
          <w:b w:val="0"/>
          <w:sz w:val="20"/>
        </w:rPr>
        <w:t>Nombre: _____________________________________________________________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__________________________________________________________</w:t>
      </w:r>
    </w:p>
    <w:p>
      <w:r>
        <w:rPr>
          <w:b w:val="0"/>
          <w:sz w:val="20"/>
        </w:rPr>
        <w:t>Localidad: _________________________   Provincia: ____________________</w:t>
      </w:r>
    </w:p>
    <w:p>
      <w:r>
        <w:rPr>
          <w:b w:val="0"/>
          <w:sz w:val="20"/>
        </w:rPr>
        <w:t>CIF/NIF: ___________________________</w:t>
      </w:r>
    </w:p>
    <w:p/>
    <w:p>
      <w:r>
        <w:rPr>
          <w:b/>
          <w:sz w:val="20"/>
        </w:rPr>
        <w:t>DATOS DEL PROPIETARIO</w:t>
      </w:r>
    </w:p>
    <w:p>
      <w:r>
        <w:rPr>
          <w:b w:val="0"/>
          <w:sz w:val="20"/>
        </w:rPr>
        <w:t>D./Dña.: ____________________________________________________________</w:t>
      </w:r>
    </w:p>
    <w:p>
      <w:r>
        <w:rPr>
          <w:b w:val="0"/>
          <w:sz w:val="20"/>
        </w:rPr>
        <w:t>DNI/NIE: ___________________________</w:t>
      </w:r>
    </w:p>
    <w:p>
      <w:r>
        <w:rPr>
          <w:b w:val="0"/>
          <w:sz w:val="20"/>
        </w:rPr>
        <w:t>Vivienda/Piso/Local: ________________________________________________</w:t>
      </w:r>
    </w:p>
    <w:p>
      <w:r>
        <w:rPr>
          <w:b w:val="0"/>
          <w:sz w:val="20"/>
        </w:rPr>
        <w:t>Dirección en la finca: ______________________________________________</w:t>
      </w:r>
    </w:p>
    <w:p/>
    <w:p>
      <w:r>
        <w:rPr>
          <w:b/>
          <w:sz w:val="20"/>
        </w:rPr>
        <w:t>CERTIFICADO</w:t>
      </w:r>
    </w:p>
    <w:p>
      <w:r>
        <w:rPr>
          <w:b w:val="0"/>
          <w:sz w:val="20"/>
        </w:rPr>
        <w:t>El que suscribe, Secretario/a-Administrador/a de la Comunidad de Propietarios arriba referenciada, CERTIFICA que según los libros y documentación de la Comunidad, el propietario/a indicado/a se encuentra al corriente de pago de las cuotas generales y extraordinarias aprobadas por la Junta de Propietarios hasta la fecha de emisión de este certificado, no existiendo deuda pendiente alguna con la Comunidad por ningún concepto.</w:t>
      </w:r>
    </w:p>
    <w:p/>
    <w:p>
      <w:r>
        <w:rPr>
          <w:b w:val="0"/>
          <w:sz w:val="20"/>
        </w:rPr>
        <w:t>La presente certificación se expide a solicitud del interesado, para los usos que estime oportunos, en cumplimiento de lo dispuesto en el artículo 9.1.e) de la Ley de Propiedad Horizontal.</w:t>
      </w:r>
    </w:p>
    <w:p/>
    <w:p>
      <w:r>
        <w:rPr>
          <w:b/>
          <w:sz w:val="20"/>
        </w:rPr>
        <w:t>Vº Bº Presidente/a</w:t>
      </w:r>
    </w:p>
    <w:p/>
    <w:p>
      <w:r>
        <w:rPr>
          <w:b/>
          <w:sz w:val="20"/>
        </w:rPr>
        <w:t>El/la Secretario/a-Administrador/a</w:t>
      </w:r>
    </w:p>
    <w:p/>
    <w:p/>
    <w:p/>
    <w:p>
      <w:r>
        <w:rPr>
          <w:b w:val="0"/>
          <w:sz w:val="20"/>
        </w:rPr>
        <w:t>Fdo.: _______________________________________</w:t>
      </w:r>
    </w:p>
    <w:p/>
    <w:p>
      <w:r>
        <w:rPr>
          <w:b/>
          <w:sz w:val="20"/>
        </w:rPr>
        <w:t>Sello de la Comunidad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https://experto-certificados.com/certificado-pago-comunidad/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pago-comunidad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