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CERTIFICADO DE LUCRO CESANTE</w:t>
      </w:r>
    </w:p>
    <w:p/>
    <w:p>
      <w:r>
        <w:rPr>
          <w:b/>
          <w:sz w:val="20"/>
        </w:rPr>
        <w:t>DATOS DE LA EMPRESA</w:t>
      </w:r>
    </w:p>
    <w:p>
      <w:r>
        <w:rPr>
          <w:b w:val="0"/>
          <w:sz w:val="20"/>
        </w:rPr>
        <w:t>Nombre o razón social: _____________________________________________________________</w:t>
      </w:r>
    </w:p>
    <w:p>
      <w:r>
        <w:rPr>
          <w:b w:val="0"/>
          <w:sz w:val="20"/>
        </w:rPr>
        <w:t>CIF: _________________________  Domicilio social: _________________________________</w:t>
      </w:r>
    </w:p>
    <w:p>
      <w:r>
        <w:rPr>
          <w:b w:val="0"/>
          <w:sz w:val="20"/>
        </w:rPr>
        <w:t>Representante legal: ____________________________________________</w:t>
      </w:r>
    </w:p>
    <w:p>
      <w:r>
        <w:rPr>
          <w:b w:val="0"/>
          <w:sz w:val="20"/>
        </w:rPr>
        <w:t>Cargo: _______________________  Teléfono: _______________________</w:t>
      </w:r>
    </w:p>
    <w:p/>
    <w:p>
      <w:r>
        <w:rPr>
          <w:b/>
          <w:sz w:val="20"/>
        </w:rPr>
        <w:t>DATOS DEL INTERESADO</w:t>
      </w:r>
    </w:p>
    <w:p>
      <w:r>
        <w:rPr>
          <w:b w:val="0"/>
          <w:sz w:val="20"/>
        </w:rPr>
        <w:t>Nombre y apellidos: _____________________________________________________________</w:t>
      </w:r>
    </w:p>
    <w:p>
      <w:r>
        <w:rPr>
          <w:b w:val="0"/>
          <w:sz w:val="20"/>
        </w:rPr>
        <w:t>DNI/NIE: _____________________  Domicilio: _______________________________________</w:t>
      </w:r>
    </w:p>
    <w:p>
      <w:r>
        <w:rPr>
          <w:b w:val="0"/>
          <w:sz w:val="20"/>
        </w:rPr>
        <w:t>Teléfono: ____________________  Correo electrónico: ______________________________</w:t>
      </w:r>
    </w:p>
    <w:p/>
    <w:p>
      <w:r>
        <w:rPr>
          <w:b/>
          <w:sz w:val="20"/>
        </w:rPr>
        <w:t>EXPOSICIÓN DE HECHOS</w:t>
      </w:r>
    </w:p>
    <w:p>
      <w:r>
        <w:rPr>
          <w:b w:val="0"/>
          <w:sz w:val="20"/>
        </w:rPr>
        <w:t>Por medio del presente documento se certifica que, como consecuencia de ____________________________________________________________________________, se ha producido una interrupción o disminución significativa de la actividad económica desarrollada por la parte interesada, cuyos detalles se exponen a continuación.</w:t>
      </w:r>
    </w:p>
    <w:p>
      <w:r>
        <w:rPr>
          <w:b w:val="0"/>
          <w:sz w:val="20"/>
        </w:rPr>
        <w:t>Durante el periodo comprendido entre ____________________ y ____________________, la actividad habitual de la empresa/persona ha experimentado una reducción de ingresos atribuible directamente a la causa mencionada, generando un lucro cesante que se detalla en el siguiente apartado.</w:t>
      </w:r>
    </w:p>
    <w:p/>
    <w:p>
      <w:r>
        <w:rPr>
          <w:b/>
          <w:sz w:val="20"/>
        </w:rPr>
        <w:t>CÁLCULO DEL LUCRO CESANTE</w:t>
      </w:r>
    </w:p>
    <w:p>
      <w:r>
        <w:rPr>
          <w:b w:val="0"/>
          <w:sz w:val="20"/>
        </w:rPr>
        <w:t>Para la determinación del lucro cesante se han tomado como referencia los ingresos obtenidos durante periodos anteriores similares, considerándose la media de los ingresos de los últimos ________________ (meses/años) previos a la incidencia, así como la documentación contable y fiscal aportada.</w:t>
      </w:r>
    </w:p>
    <w:p>
      <w:r>
        <w:rPr>
          <w:b w:val="0"/>
          <w:sz w:val="20"/>
        </w:rPr>
        <w:t>Ingresos medios anteriores al hecho: _____________________________</w:t>
      </w:r>
    </w:p>
    <w:p>
      <w:r>
        <w:rPr>
          <w:b w:val="0"/>
          <w:sz w:val="20"/>
        </w:rPr>
        <w:t>Ingresos obtenidos durante el periodo de afectación: _____________________________</w:t>
      </w:r>
    </w:p>
    <w:p>
      <w:r>
        <w:rPr>
          <w:b w:val="0"/>
          <w:sz w:val="20"/>
        </w:rPr>
        <w:t>Diferencia o pérdida de ingresos estimada: _____________________________</w:t>
      </w:r>
    </w:p>
    <w:p>
      <w:r>
        <w:rPr>
          <w:b w:val="0"/>
          <w:sz w:val="20"/>
        </w:rPr>
        <w:t>Documentación aportada: facturas, libros contables, declaraciones fiscales, contratos y cualquier otro documento que acredite la existencia y cuantía del lucro cesante.</w:t>
      </w:r>
    </w:p>
    <w:p/>
    <w:p>
      <w:r>
        <w:rPr>
          <w:b/>
          <w:sz w:val="20"/>
        </w:rPr>
        <w:t>CONCLUSIÓN</w:t>
      </w:r>
    </w:p>
    <w:p>
      <w:r>
        <w:rPr>
          <w:b w:val="0"/>
          <w:sz w:val="20"/>
        </w:rPr>
        <w:t>En virtud de lo anteriormente expuesto, se certifica que la parte interesada ha sufrido un lucro cesante derivado de la imposibilidad o limitación para ejercer su actividad con normalidad, ascendiendo la cuantía estimada del mismo a _____________________________ euros, conforme a la documentación y cálculos presentados.</w:t>
      </w:r>
    </w:p>
    <w:p/>
    <w:p>
      <w:r>
        <w:rPr>
          <w:b w:val="0"/>
          <w:sz w:val="20"/>
        </w:rPr>
        <w:t>Y para que conste a los efectos oportunos, se expide el presente certificado en ________________________________.</w:t>
      </w:r>
    </w:p>
    <w:p/>
    <w:p/>
    <w:p>
      <w:r>
        <w:rPr>
          <w:b w:val="0"/>
          <w:sz w:val="20"/>
        </w:rPr>
        <w:t>Firma y sello de la empresa</w:t>
      </w:r>
    </w:p>
    <w:p/>
    <w:p/>
    <w:p/>
    <w:p>
      <w:r>
        <w:rPr>
          <w:b w:val="0"/>
          <w:sz w:val="20"/>
        </w:rPr>
        <w:t>_________________________________________</w:t>
      </w:r>
    </w:p>
    <w:p>
      <w:r>
        <w:rPr>
          <w:b w:val="0"/>
          <w:sz w:val="20"/>
        </w:rPr>
        <w:t>Nombre y cargo del firmante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https://experto-certificados.com/certificado-lucro-cesante/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https://experto-certificados.com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experto-certificados.com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certificados.com/certificado-lucro-cesante/" TargetMode="External"/><Relationship Id="rId10" Type="http://schemas.openxmlformats.org/officeDocument/2006/relationships/hyperlink" Target="https://experto-certificad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