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CERTIFICADO DE LIBRO REGISTRO DE SOCIOS</w:t>
      </w:r>
    </w:p>
    <w:p/>
    <w:p/>
    <w:p>
      <w:r>
        <w:rPr>
          <w:b w:val="0"/>
          <w:sz w:val="22"/>
        </w:rPr>
        <w:t>El abajo firmante, en calidad de Secretario/a del Consejo de Administración de la sociedad:</w:t>
      </w:r>
    </w:p>
    <w:p/>
    <w:p>
      <w:r>
        <w:rPr>
          <w:b w:val="0"/>
          <w:sz w:val="22"/>
        </w:rPr>
        <w:t>Denominación social: ________________________________________________________________</w:t>
      </w:r>
    </w:p>
    <w:p>
      <w:r>
        <w:rPr>
          <w:b w:val="0"/>
          <w:sz w:val="22"/>
        </w:rPr>
        <w:t>CIF: ___________________________</w:t>
      </w:r>
    </w:p>
    <w:p>
      <w:r>
        <w:rPr>
          <w:b w:val="0"/>
          <w:sz w:val="22"/>
        </w:rPr>
        <w:t>Domicilio social: _________________________________________________________________</w:t>
      </w:r>
    </w:p>
    <w:p/>
    <w:p/>
    <w:p>
      <w:r>
        <w:rPr>
          <w:b/>
          <w:sz w:val="22"/>
        </w:rPr>
        <w:t>CERTIFICA</w:t>
      </w:r>
    </w:p>
    <w:p/>
    <w:p>
      <w:r>
        <w:rPr>
          <w:b w:val="0"/>
          <w:sz w:val="22"/>
        </w:rPr>
        <w:t>Que en el Libro Registro de Socios de la sociedad constan, en la fecha de emisión del presente certificado, los siguientes titulares de participaciones/acciones, en los términos que se detallan a continuación: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Socio</w:t>
            </w:r>
          </w:p>
        </w:tc>
        <w:tc>
          <w:tcPr>
            <w:tcW w:type="dxa" w:w="1994"/>
          </w:tcPr>
          <w:p>
            <w:r>
              <w:t>NIF/NIE</w:t>
            </w:r>
          </w:p>
        </w:tc>
        <w:tc>
          <w:tcPr>
            <w:tcW w:type="dxa" w:w="1994"/>
          </w:tcPr>
          <w:p>
            <w:r>
              <w:t>Domicilio</w:t>
            </w:r>
          </w:p>
        </w:tc>
        <w:tc>
          <w:tcPr>
            <w:tcW w:type="dxa" w:w="1994"/>
          </w:tcPr>
          <w:p>
            <w:r>
              <w:t>N.º de participaciones/acciones</w:t>
            </w:r>
          </w:p>
        </w:tc>
        <w:tc>
          <w:tcPr>
            <w:tcW w:type="dxa" w:w="1994"/>
          </w:tcPr>
          <w:p>
            <w:r>
              <w:t>Porcentaje de capital social (%)</w:t>
            </w:r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</w:tbl>
    <w:p/>
    <w:p/>
    <w:p>
      <w:r>
        <w:rPr>
          <w:b w:val="0"/>
          <w:sz w:val="22"/>
        </w:rPr>
        <w:t>Y para que conste a los efectos oportunos, se expide el presente certificado, con el visto bueno del Presidente/a del Consejo de Administración, en el lugar y fecha al margen indicados.</w:t>
      </w:r>
    </w:p>
    <w:p/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El Presidente/a</w:t>
            </w:r>
          </w:p>
        </w:tc>
        <w:tc>
          <w:tcPr>
            <w:tcW w:type="dxa" w:w="4986"/>
          </w:tcPr>
          <w:p>
            <w:r>
              <w:t>El Secretario/a</w:t>
            </w:r>
          </w:p>
        </w:tc>
      </w:tr>
      <w:tr>
        <w:tc>
          <w:tcPr>
            <w:tcW w:type="dxa" w:w="4986"/>
          </w:tcPr>
          <w:p>
            <w:r>
              <w:br/>
              <w:br/>
              <w:br/>
              <w:t>Firma:</w:t>
            </w:r>
          </w:p>
        </w:tc>
        <w:tc>
          <w:tcPr>
            <w:tcW w:type="dxa" w:w="4986"/>
          </w:tcPr>
          <w:p>
            <w:r>
              <w:br/>
              <w:br/>
              <w:br/>
              <w:t>Firma:</w:t>
            </w:r>
          </w:p>
        </w:tc>
      </w:tr>
    </w:tbl>
    <w:p/>
    <w:p/>
    <w:p>
      <w:r>
        <w:rPr>
          <w:b w:val="0"/>
          <w:sz w:val="22"/>
        </w:rPr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https://experto-certificados.com/certificado-libro-registro-de-socios/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certificado-libro-registro-de-socios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