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INVERSIÓN DEL SUJETO PASIVO</w:t>
      </w:r>
    </w:p>
    <w:p/>
    <w:p/>
    <w:p>
      <w:r>
        <w:rPr>
          <w:b/>
          <w:sz w:val="20"/>
        </w:rPr>
        <w:t>DATOS DE LA EMPRESA EMISORA</w:t>
      </w:r>
    </w:p>
    <w:p>
      <w:r>
        <w:rPr>
          <w:b w:val="0"/>
          <w:sz w:val="20"/>
        </w:rPr>
        <w:t>Nombre/Razón social: _________________________________________________________</w:t>
      </w:r>
    </w:p>
    <w:p>
      <w:r>
        <w:rPr>
          <w:b w:val="0"/>
          <w:sz w:val="20"/>
        </w:rPr>
        <w:t>CIF: ________________________________</w:t>
      </w:r>
    </w:p>
    <w:p>
      <w:r>
        <w:rPr>
          <w:b w:val="0"/>
          <w:sz w:val="20"/>
        </w:rPr>
        <w:t>Domicilio social: ____________________________________________________________</w:t>
      </w:r>
    </w:p>
    <w:p>
      <w:r>
        <w:rPr>
          <w:b w:val="0"/>
          <w:sz w:val="20"/>
        </w:rPr>
        <w:t>Teléfono: ___________________________     Correo electrónico: ___________________________</w:t>
      </w:r>
    </w:p>
    <w:p/>
    <w:p>
      <w:r>
        <w:rPr>
          <w:b/>
          <w:sz w:val="20"/>
        </w:rPr>
        <w:t>DATOS DEL DESTINATARIO</w:t>
      </w:r>
    </w:p>
    <w:p>
      <w:r>
        <w:rPr>
          <w:b w:val="0"/>
          <w:sz w:val="20"/>
        </w:rPr>
        <w:t>Nombre/Razón social: _________________________________________________________</w:t>
      </w:r>
    </w:p>
    <w:p>
      <w:r>
        <w:rPr>
          <w:b w:val="0"/>
          <w:sz w:val="20"/>
        </w:rPr>
        <w:t>CIF/NIF: ____________________________</w:t>
      </w:r>
    </w:p>
    <w:p>
      <w:r>
        <w:rPr>
          <w:b w:val="0"/>
          <w:sz w:val="20"/>
        </w:rPr>
        <w:t>Domicilio: _________________________________________________________________</w:t>
      </w:r>
    </w:p>
    <w:p>
      <w:r>
        <w:rPr>
          <w:b w:val="0"/>
          <w:sz w:val="20"/>
        </w:rPr>
        <w:t>Teléfono: ___________________________     Correo electrónico: ___________________________</w:t>
      </w:r>
    </w:p>
    <w:p/>
    <w:p>
      <w:r>
        <w:rPr>
          <w:b/>
          <w:sz w:val="20"/>
        </w:rPr>
        <w:t>OBJETO DEL CERTIFICADO</w:t>
      </w:r>
    </w:p>
    <w:p>
      <w:r>
        <w:rPr>
          <w:b w:val="0"/>
          <w:sz w:val="20"/>
        </w:rPr>
        <w:t>Por la presente, la empresa arriba identificada certifica que, conforme a lo dispuesto en el artículo 84.Uno.2º de la Ley 37/1992 del Impuesto sobre el Valor Añadido (IVA), y según la redacción dada por la Ley 7/2012, de 29 de octubre, se ha producido la inversión del sujeto pasivo en la siguiente operación:</w:t>
      </w:r>
    </w:p>
    <w:p/>
    <w:p>
      <w:r>
        <w:rPr>
          <w:b/>
          <w:sz w:val="20"/>
        </w:rPr>
        <w:t>DATOS DE LA OPERACIÓN</w:t>
      </w:r>
    </w:p>
    <w:p>
      <w:r>
        <w:rPr>
          <w:b w:val="0"/>
          <w:sz w:val="20"/>
        </w:rPr>
        <w:t>Descripción de la operación: _________________________________________________</w:t>
      </w:r>
    </w:p>
    <w:p>
      <w:r>
        <w:rPr>
          <w:b w:val="0"/>
          <w:sz w:val="20"/>
        </w:rPr>
        <w:t>Referencia del contrato/presupuesto/factura: _________________________________</w:t>
      </w:r>
    </w:p>
    <w:p>
      <w:r>
        <w:rPr>
          <w:b w:val="0"/>
          <w:sz w:val="20"/>
        </w:rPr>
        <w:t>Importe total de la operación: _____________________________ €</w:t>
      </w:r>
    </w:p>
    <w:p>
      <w:r>
        <w:rPr>
          <w:b w:val="0"/>
          <w:sz w:val="20"/>
        </w:rPr>
        <w:t>Tipo impositivo aplicable: ________ %</w:t>
      </w:r>
    </w:p>
    <w:p>
      <w:r>
        <w:rPr>
          <w:b w:val="0"/>
          <w:sz w:val="20"/>
        </w:rPr>
        <w:t>Base imponible: ___________________ €</w:t>
      </w:r>
    </w:p>
    <w:p>
      <w:r>
        <w:rPr>
          <w:b w:val="0"/>
          <w:sz w:val="20"/>
        </w:rPr>
        <w:t>IVA repercutido: __________________ € (no incluido en factura por inversión del sujeto pasivo)</w:t>
      </w:r>
    </w:p>
    <w:p/>
    <w:p>
      <w:r>
        <w:rPr>
          <w:b w:val="0"/>
          <w:sz w:val="20"/>
        </w:rPr>
        <w:t>En virtud de lo anterior, el destinatario de la operación queda obligado a autorrepercutirse el IVA correspondiente y a cumplir con las obligaciones fiscales que resulten de la inversión del sujeto pasivo conforme a la normativa vigente.</w:t>
      </w:r>
    </w:p>
    <w:p/>
    <w:p/>
    <w:p>
      <w:r>
        <w:rPr>
          <w:b w:val="0"/>
          <w:sz w:val="20"/>
        </w:rPr>
        <w:t>A los efectos oportunos, y para que así conste donde corresponda, se expide el presente certificado.</w:t>
      </w:r>
    </w:p>
    <w:p/>
    <w:p/>
    <w:p/>
    <w:p>
      <w:r>
        <w:rPr>
          <w:b w:val="0"/>
          <w:sz w:val="20"/>
        </w:rPr>
        <w:t>Firmado:</w:t>
      </w:r>
    </w:p>
    <w:p/>
    <w:p/>
    <w:p>
      <w:r>
        <w:rPr>
          <w:b w:val="0"/>
          <w:sz w:val="20"/>
        </w:rPr>
        <w:t>Nombre y cargo: ___________________________________________________________</w:t>
      </w:r>
    </w:p>
    <w:p>
      <w:r>
        <w:rPr>
          <w:b w:val="0"/>
          <w:sz w:val="20"/>
        </w:rPr>
        <w:t>En representación de: ______________________________________________________</w:t>
      </w:r>
    </w:p>
    <w:p/>
    <w:p/>
    <w:p>
      <w:r>
        <w:rPr>
          <w:b w:val="0"/>
          <w:sz w:val="20"/>
        </w:rPr>
        <w:t>Firma: _________________________________     Sello de la empresa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https://experto-certificados.com/certificado-inversion-sujeto-pasivo/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inversion-sujeto-pasivo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