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CERTIFICADO DE INSTALACIÓN DE FONTANERÍA</w:t>
      </w:r>
    </w:p>
    <w:p/>
    <w:p/>
    <w:p>
      <w:r>
        <w:rPr>
          <w:b/>
          <w:sz w:val="20"/>
        </w:rPr>
        <w:t>DATOS DE LA EMPRESA INSTALADORA</w:t>
      </w:r>
    </w:p>
    <w:p>
      <w:r>
        <w:rPr>
          <w:b w:val="0"/>
          <w:sz w:val="20"/>
        </w:rPr>
        <w:t>Nombre o Razón Social: ____________________________________________________________</w:t>
      </w:r>
    </w:p>
    <w:p>
      <w:r>
        <w:rPr>
          <w:b w:val="0"/>
          <w:sz w:val="20"/>
        </w:rPr>
        <w:t>NIF/CIF: ____________________________</w:t>
      </w:r>
    </w:p>
    <w:p>
      <w:r>
        <w:rPr>
          <w:b w:val="0"/>
          <w:sz w:val="20"/>
        </w:rPr>
        <w:t>Dirección: ____________________________________________________________</w:t>
      </w:r>
    </w:p>
    <w:p>
      <w:r>
        <w:rPr>
          <w:b w:val="0"/>
          <w:sz w:val="20"/>
        </w:rPr>
        <w:t>Teléfono: ____________________________     Email: ____________________________</w:t>
      </w:r>
    </w:p>
    <w:p>
      <w:r>
        <w:rPr>
          <w:b w:val="0"/>
          <w:sz w:val="20"/>
        </w:rPr>
        <w:t>Nº Registro Industrial: ____________________________</w:t>
      </w:r>
    </w:p>
    <w:p/>
    <w:p>
      <w:r>
        <w:rPr>
          <w:b/>
          <w:sz w:val="20"/>
        </w:rPr>
        <w:t>DATOS DEL INSTALADOR AUTORIZADO</w:t>
      </w:r>
    </w:p>
    <w:p>
      <w:r>
        <w:rPr>
          <w:b w:val="0"/>
          <w:sz w:val="20"/>
        </w:rPr>
        <w:t>Nombre y apellidos: ____________________________________________________________</w:t>
      </w:r>
    </w:p>
    <w:p>
      <w:r>
        <w:rPr>
          <w:b w:val="0"/>
          <w:sz w:val="20"/>
        </w:rPr>
        <w:t>Nº Carnet Instalador: ____________________________</w:t>
      </w:r>
    </w:p>
    <w:p>
      <w:r>
        <w:rPr>
          <w:b w:val="0"/>
          <w:sz w:val="20"/>
        </w:rPr>
        <w:t>DNI/NIE: ____________________________</w:t>
      </w:r>
    </w:p>
    <w:p/>
    <w:p>
      <w:r>
        <w:rPr>
          <w:b/>
          <w:sz w:val="20"/>
        </w:rPr>
        <w:t>DATOS DEL TITULAR O SOLICITANTE</w:t>
      </w:r>
    </w:p>
    <w:p>
      <w:r>
        <w:rPr>
          <w:b w:val="0"/>
          <w:sz w:val="20"/>
        </w:rPr>
        <w:t>Nombre y apellidos / Razón social: ____________________________________________________________</w:t>
      </w:r>
    </w:p>
    <w:p>
      <w:r>
        <w:rPr>
          <w:b w:val="0"/>
          <w:sz w:val="20"/>
        </w:rPr>
        <w:t>DNI/NIF: ____________________________</w:t>
      </w:r>
    </w:p>
    <w:p>
      <w:r>
        <w:rPr>
          <w:b w:val="0"/>
          <w:sz w:val="20"/>
        </w:rPr>
        <w:t>Dirección: ____________________________________________________________</w:t>
      </w:r>
    </w:p>
    <w:p>
      <w:r>
        <w:rPr>
          <w:b w:val="0"/>
          <w:sz w:val="20"/>
        </w:rPr>
        <w:t>Teléfono: ____________________________     Email: ____________________________</w:t>
      </w:r>
    </w:p>
    <w:p/>
    <w:p>
      <w:r>
        <w:rPr>
          <w:b/>
          <w:sz w:val="20"/>
        </w:rPr>
        <w:t>UBICACIÓN DE LA INSTALACIÓN</w:t>
      </w:r>
    </w:p>
    <w:p>
      <w:r>
        <w:rPr>
          <w:b w:val="0"/>
          <w:sz w:val="20"/>
        </w:rPr>
        <w:t>Dirección completa: ____________________________________________________________</w:t>
      </w:r>
    </w:p>
    <w:p>
      <w:r>
        <w:rPr>
          <w:b w:val="0"/>
          <w:sz w:val="20"/>
        </w:rPr>
        <w:t>Localidad: ____________________________   Provincia: ____________________________   C.P.: ____________</w:t>
      </w:r>
    </w:p>
    <w:p>
      <w:r>
        <w:rPr>
          <w:b w:val="0"/>
          <w:sz w:val="20"/>
        </w:rPr>
        <w:t>Tipo de inmueble: Vivienda / Local / Comunidad / Otro ____________________________</w:t>
      </w:r>
    </w:p>
    <w:p/>
    <w:p>
      <w:r>
        <w:rPr>
          <w:b/>
          <w:sz w:val="20"/>
        </w:rPr>
        <w:t>DESCRIPCIÓN DE LA INSTALACIÓN</w:t>
      </w:r>
    </w:p>
    <w:p>
      <w:r>
        <w:rPr>
          <w:b w:val="0"/>
          <w:sz w:val="20"/>
        </w:rPr>
        <w:t>Se certifica que se ha realizado la instalación de fontanería consistente en:</w:t>
      </w:r>
    </w:p>
    <w:p>
      <w:r>
        <w:rPr>
          <w:b w:val="0"/>
          <w:sz w:val="20"/>
        </w:rPr>
        <w:t>____________________________________________________________________________________________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____________________________________________________________________________________________</w:t>
      </w:r>
    </w:p>
    <w:p>
      <w:r>
        <w:rPr>
          <w:b w:val="0"/>
          <w:sz w:val="20"/>
        </w:rPr>
        <w:t>Materiales empleados: ____________________________________________________________</w:t>
      </w:r>
    </w:p>
    <w:p>
      <w:r>
        <w:rPr>
          <w:b w:val="0"/>
          <w:sz w:val="20"/>
        </w:rPr>
        <w:t>Acometidas: ____________________________________________________________</w:t>
      </w:r>
    </w:p>
    <w:p>
      <w:r>
        <w:rPr>
          <w:b w:val="0"/>
          <w:sz w:val="20"/>
        </w:rPr>
        <w:t>Red interior: ____________________________________________________________</w:t>
      </w:r>
    </w:p>
    <w:p>
      <w:r>
        <w:rPr>
          <w:b w:val="0"/>
          <w:sz w:val="20"/>
        </w:rPr>
        <w:t>Aparatos sanitarios instalados: ____________________________________________________________</w:t>
      </w:r>
    </w:p>
    <w:p>
      <w:r>
        <w:rPr>
          <w:b w:val="0"/>
          <w:sz w:val="20"/>
        </w:rPr>
        <w:t>Otros elementos: ____________________________________________________________</w:t>
      </w:r>
    </w:p>
    <w:p/>
    <w:p>
      <w:r>
        <w:rPr>
          <w:b/>
          <w:sz w:val="20"/>
        </w:rPr>
        <w:t>NORMATIVA APLICADA</w:t>
      </w:r>
    </w:p>
    <w:p>
      <w:r>
        <w:rPr>
          <w:b w:val="0"/>
          <w:sz w:val="20"/>
        </w:rPr>
        <w:t>La instalación ha sido realizada conforme a la normativa vigente en materia de fontanería, en particular el Reglamento Técnico de Instalaciones de Suministro de Agua (RTI), Código Técnico de la Edificación (CTE) y demás disposiciones legales aplicables.</w:t>
      </w:r>
    </w:p>
    <w:p/>
    <w:p>
      <w:r>
        <w:rPr>
          <w:b/>
          <w:sz w:val="20"/>
        </w:rPr>
        <w:t>PRUEBAS Y COMPROBACIONES REALIZADAS</w:t>
      </w:r>
    </w:p>
    <w:p>
      <w:r>
        <w:rPr>
          <w:b w:val="0"/>
          <w:sz w:val="20"/>
        </w:rPr>
        <w:t>Se han realizado las pruebas de estanqueidad, presión y funcionamiento, comprobando la ausencia de fugas y el correcto funcionamiento de la instalación, de acuerdo a los parámetros exigidos por la normativa.</w:t>
      </w:r>
    </w:p>
    <w:p/>
    <w:p>
      <w:r>
        <w:rPr>
          <w:b/>
          <w:sz w:val="20"/>
        </w:rPr>
        <w:t>OBSERVACIONES</w:t>
      </w:r>
    </w:p>
    <w:p>
      <w:r>
        <w:rPr>
          <w:b w:val="0"/>
          <w:sz w:val="20"/>
        </w:rPr>
        <w:t>____________________________________________________________________________________________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____________________________________________________________________________________________</w:t>
      </w:r>
    </w:p>
    <w:p/>
    <w:p>
      <w:r>
        <w:rPr>
          <w:b w:val="0"/>
          <w:sz w:val="20"/>
        </w:rPr>
        <w:t>Por todo lo anterior, el instalador autorizado certifica que la instalación de fontanería descrita cumple con la normativa vigente y se encuentra en perfecto estado de funcionamiento en la fecha de emisión de este certificado.</w:t>
      </w:r>
    </w:p>
    <w:p/>
    <w:p/>
    <w:p>
      <w:r>
        <w:rPr>
          <w:b w:val="0"/>
          <w:sz w:val="20"/>
        </w:rPr>
        <w:t>Lugar: ____________________________</w:t>
      </w:r>
    </w:p>
    <w:p>
      <w:r>
        <w:rPr>
          <w:b w:val="0"/>
          <w:sz w:val="20"/>
        </w:rPr>
        <w:t>Firma del instalador autorizado:</w:t>
      </w:r>
    </w:p>
    <w:p/>
    <w:p/>
    <w:p/>
    <w:p>
      <w:r>
        <w:rPr>
          <w:b w:val="0"/>
          <w:sz w:val="20"/>
        </w:rPr>
        <w:t>Nombre y firma: ____________________________________________________________</w:t>
      </w:r>
    </w:p>
    <w:p/>
    <w:p/>
    <w:p>
      <w:r>
        <w:rPr>
          <w:b w:val="0"/>
          <w:sz w:val="20"/>
        </w:rPr>
        <w:t>Sello de la empresa instaladora: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https://experto-certificados.com/certificado-instalacion-fontaneria/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https://experto-certificados.com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experto-certificados.com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ertificados.com/certificado-instalacion-fontaneria/" TargetMode="External"/><Relationship Id="rId10" Type="http://schemas.openxmlformats.org/officeDocument/2006/relationships/hyperlink" Target="https://experto-certificad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