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INSTALACIÓN DE AIRE ACONDICIONADO</w:t>
      </w:r>
    </w:p>
    <w:p/>
    <w:p>
      <w:r>
        <w:rPr>
          <w:b/>
          <w:sz w:val="20"/>
        </w:rPr>
        <w:t>DATOS DE LA EMPRESA INSTALADORA</w:t>
      </w:r>
    </w:p>
    <w:p>
      <w:r>
        <w:rPr>
          <w:b w:val="0"/>
          <w:sz w:val="20"/>
        </w:rPr>
        <w:t>Nombre o razón social:</w:t>
      </w:r>
    </w:p>
    <w:p>
      <w:r>
        <w:rPr>
          <w:b w:val="0"/>
          <w:sz w:val="20"/>
        </w:rPr>
        <w:t>NIF/CIF:</w:t>
      </w:r>
    </w:p>
    <w:p>
      <w:r>
        <w:rPr>
          <w:b w:val="0"/>
          <w:sz w:val="20"/>
        </w:rPr>
        <w:t>Dirección: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Correo electrónico:</w:t>
      </w:r>
    </w:p>
    <w:p>
      <w:r>
        <w:rPr>
          <w:b w:val="0"/>
          <w:sz w:val="20"/>
        </w:rPr>
        <w:t>Nº de Registro Industrial:</w:t>
      </w:r>
    </w:p>
    <w:p/>
    <w:p>
      <w:r>
        <w:rPr>
          <w:b/>
          <w:sz w:val="20"/>
        </w:rPr>
        <w:t>DATOS DEL TÉCNICO INSTALADOR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Nº DNI/NIE:</w:t>
      </w:r>
    </w:p>
    <w:p>
      <w:r>
        <w:rPr>
          <w:b w:val="0"/>
          <w:sz w:val="20"/>
        </w:rPr>
        <w:t>Carnet profesional nº:</w:t>
      </w:r>
    </w:p>
    <w:p/>
    <w:p>
      <w:r>
        <w:rPr>
          <w:b/>
          <w:sz w:val="20"/>
        </w:rPr>
        <w:t>DATOS DEL CLIENTE</w:t>
      </w:r>
    </w:p>
    <w:p>
      <w:r>
        <w:rPr>
          <w:b w:val="0"/>
          <w:sz w:val="20"/>
        </w:rPr>
        <w:t>Nombre o razón social:</w:t>
      </w:r>
    </w:p>
    <w:p>
      <w:r>
        <w:rPr>
          <w:b w:val="0"/>
          <w:sz w:val="20"/>
        </w:rPr>
        <w:t>NIF/NIE:</w:t>
      </w:r>
    </w:p>
    <w:p>
      <w:r>
        <w:rPr>
          <w:b w:val="0"/>
          <w:sz w:val="20"/>
        </w:rPr>
        <w:t>Dirección de la instalación: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Correo electrónico:</w:t>
      </w:r>
    </w:p>
    <w:p/>
    <w:p>
      <w:r>
        <w:rPr>
          <w:b/>
          <w:sz w:val="20"/>
        </w:rPr>
        <w:t>DATOS DEL EQUIPO DE AIRE ACONDICIONADO INSTALADO</w:t>
      </w:r>
    </w:p>
    <w:p>
      <w:r>
        <w:rPr>
          <w:b w:val="0"/>
          <w:sz w:val="20"/>
        </w:rPr>
        <w:t>Marca:</w:t>
      </w:r>
    </w:p>
    <w:p>
      <w:r>
        <w:rPr>
          <w:b w:val="0"/>
          <w:sz w:val="20"/>
        </w:rPr>
        <w:t>Modelo:</w:t>
      </w:r>
    </w:p>
    <w:p>
      <w:r>
        <w:rPr>
          <w:b w:val="0"/>
          <w:sz w:val="20"/>
        </w:rPr>
        <w:t>Número de serie de la unidad interior:</w:t>
      </w:r>
    </w:p>
    <w:p>
      <w:r>
        <w:rPr>
          <w:b w:val="0"/>
          <w:sz w:val="20"/>
        </w:rPr>
        <w:t>Número de serie de la unidad exterior:</w:t>
      </w:r>
    </w:p>
    <w:p>
      <w:r>
        <w:rPr>
          <w:b w:val="0"/>
          <w:sz w:val="20"/>
        </w:rPr>
        <w:t>Tipo de gas refrigerante:</w:t>
      </w:r>
    </w:p>
    <w:p>
      <w:r>
        <w:rPr>
          <w:b w:val="0"/>
          <w:sz w:val="20"/>
        </w:rPr>
        <w:t>Cantidad de gas (kg):</w:t>
      </w:r>
    </w:p>
    <w:p>
      <w:r>
        <w:rPr>
          <w:b w:val="0"/>
          <w:sz w:val="20"/>
        </w:rPr>
        <w:t>Potencia frigorífica (kW):</w:t>
      </w:r>
    </w:p>
    <w:p>
      <w:r>
        <w:rPr>
          <w:b w:val="0"/>
          <w:sz w:val="20"/>
        </w:rPr>
        <w:t>Potencia calorífica (kW):</w:t>
      </w:r>
    </w:p>
    <w:p/>
    <w:p>
      <w:r>
        <w:rPr>
          <w:b/>
          <w:sz w:val="20"/>
        </w:rPr>
        <w:t>DESCRIPCIÓN DE LA INSTALACIÓN</w:t>
      </w:r>
    </w:p>
    <w:p>
      <w:r>
        <w:rPr>
          <w:b w:val="0"/>
          <w:sz w:val="20"/>
        </w:rPr>
        <w:t>Ubicación de la unidad interior:</w:t>
      </w:r>
    </w:p>
    <w:p>
      <w:r>
        <w:rPr>
          <w:b w:val="0"/>
          <w:sz w:val="20"/>
        </w:rPr>
        <w:t>Ubicación de la unidad exterior:</w:t>
      </w:r>
    </w:p>
    <w:p>
      <w:r>
        <w:rPr>
          <w:b w:val="0"/>
          <w:sz w:val="20"/>
        </w:rPr>
        <w:t>Longitud de tubería frigorífica (m):</w:t>
      </w:r>
    </w:p>
    <w:p>
      <w:r>
        <w:rPr>
          <w:b w:val="0"/>
          <w:sz w:val="20"/>
        </w:rPr>
        <w:t>Descripción de la instalación realizada:</w:t>
      </w:r>
    </w:p>
    <w:p/>
    <w:p>
      <w:r>
        <w:rPr>
          <w:b/>
          <w:sz w:val="20"/>
        </w:rPr>
        <w:t>VERIFICACIONES Y COMPROBACIONES</w:t>
      </w:r>
    </w:p>
    <w:p>
      <w:r>
        <w:rPr>
          <w:b w:val="0"/>
          <w:sz w:val="20"/>
        </w:rPr>
        <w:t>1. Comprobación de estanqueidad del circuito frigorífico.</w:t>
      </w:r>
    </w:p>
    <w:p>
      <w:r>
        <w:rPr>
          <w:b w:val="0"/>
          <w:sz w:val="20"/>
        </w:rPr>
        <w:t>2. Prueba de vacío realizada y carga de gas verificada.</w:t>
      </w:r>
    </w:p>
    <w:p>
      <w:r>
        <w:rPr>
          <w:b w:val="0"/>
          <w:sz w:val="20"/>
        </w:rPr>
        <w:t>3. Comprobación de conexiones eléctricas y funcionamiento del equipo.</w:t>
      </w:r>
    </w:p>
    <w:p>
      <w:r>
        <w:rPr>
          <w:b w:val="0"/>
          <w:sz w:val="20"/>
        </w:rPr>
        <w:t>4. Verificación de drenajes y aislamiento térmico de tuberías.</w:t>
      </w:r>
    </w:p>
    <w:p>
      <w:r>
        <w:rPr>
          <w:b w:val="0"/>
          <w:sz w:val="20"/>
        </w:rPr>
        <w:t>5. Puesta en marcha y comprobación de funcionamiento en frío/calor.</w:t>
      </w:r>
    </w:p>
    <w:p>
      <w:r>
        <w:rPr>
          <w:b w:val="0"/>
          <w:sz w:val="20"/>
        </w:rPr>
        <w:t>6. Instrucción al usuario sobre el uso y mantenimiento básico del equipo.</w:t>
      </w:r>
    </w:p>
    <w:p/>
    <w:p>
      <w:r>
        <w:rPr>
          <w:b/>
          <w:sz w:val="20"/>
        </w:rPr>
        <w:t>DECLARACIÓN Y CERTIFICACIÓN</w:t>
      </w:r>
    </w:p>
    <w:p>
      <w:r>
        <w:rPr>
          <w:b w:val="0"/>
          <w:sz w:val="20"/>
        </w:rPr>
        <w:t>La empresa instaladora certifica que la instalación del equipo de aire acondicionado descrito anteriormente ha sido realizada conforme a la normativa vigente, siguiendo las especificaciones del fabricante y cumpliendo con la legislación aplicable en materia de seguridad industrial y medio ambiente.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252"/>
        <w:gridCol w:w="4252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Técnico Instalador</w:t>
              <w:br/>
              <w:br/>
              <w:t>Firma:</w:t>
              <w:br/>
              <w:br/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Cliente</w:t>
              <w:br/>
              <w:br/>
              <w:t>Firma:</w:t>
              <w:br/>
              <w:br/>
            </w:r>
          </w:p>
        </w:tc>
      </w:tr>
    </w:tbl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https://experto-certificados.com/certificado-instalacion-aire-acondicionado/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instalacion-aire-acondicionado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