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CERTIFICADO DE INSPECCIÓN PERIÓDICA DE INSTALACIÓN DE GAS NATURAL</w:t>
      </w:r>
    </w:p>
    <w:p/>
    <w:p>
      <w:r>
        <w:rPr>
          <w:b/>
          <w:sz w:val="20"/>
        </w:rPr>
        <w:t>Datos de la instalación</w:t>
      </w:r>
    </w:p>
    <w:p>
      <w:r>
        <w:rPr>
          <w:b w:val="0"/>
          <w:sz w:val="20"/>
        </w:rPr>
        <w:t>Titular de la instalación: ____________________________________________________________</w:t>
      </w:r>
    </w:p>
    <w:p>
      <w:r>
        <w:rPr>
          <w:b w:val="0"/>
          <w:sz w:val="20"/>
        </w:rPr>
        <w:t>DNI/NIF: _________________________</w:t>
      </w:r>
    </w:p>
    <w:p>
      <w:r>
        <w:rPr>
          <w:b w:val="0"/>
          <w:sz w:val="20"/>
        </w:rPr>
        <w:t>Dirección de la instalación: ________________________________________________________</w:t>
      </w:r>
    </w:p>
    <w:p>
      <w:r>
        <w:rPr>
          <w:b w:val="0"/>
          <w:sz w:val="20"/>
        </w:rPr>
        <w:t>Localidad: _______________________     Código Postal: _______________</w:t>
      </w:r>
    </w:p>
    <w:p>
      <w:r>
        <w:rPr>
          <w:b w:val="0"/>
          <w:sz w:val="20"/>
        </w:rPr>
        <w:t>Provincia: _______________________</w:t>
      </w:r>
    </w:p>
    <w:p>
      <w:r>
        <w:rPr>
          <w:b w:val="0"/>
          <w:sz w:val="20"/>
        </w:rPr>
        <w:t>Teléfono de contacto: _____________________</w:t>
      </w:r>
    </w:p>
    <w:p>
      <w:r>
        <w:rPr>
          <w:b w:val="0"/>
          <w:sz w:val="20"/>
        </w:rPr>
        <w:t>Número de contrato de suministro: ______________________________</w:t>
      </w:r>
    </w:p>
    <w:p/>
    <w:p>
      <w:r>
        <w:rPr>
          <w:b/>
          <w:sz w:val="20"/>
        </w:rPr>
        <w:t>Datos de la empresa instaladora/inspectora</w:t>
      </w:r>
    </w:p>
    <w:p>
      <w:r>
        <w:rPr>
          <w:b w:val="0"/>
          <w:sz w:val="20"/>
        </w:rPr>
        <w:t>Nombre/Razón social: _______________________________________________________________</w:t>
      </w:r>
    </w:p>
    <w:p>
      <w:r>
        <w:rPr>
          <w:b w:val="0"/>
          <w:sz w:val="20"/>
        </w:rPr>
        <w:t>CIF: _________________________</w:t>
      </w:r>
    </w:p>
    <w:p>
      <w:r>
        <w:rPr>
          <w:b w:val="0"/>
          <w:sz w:val="20"/>
        </w:rPr>
        <w:t>Nº Registro Empresa Instaladora/Inspectora: _____________________________</w:t>
      </w:r>
    </w:p>
    <w:p>
      <w:r>
        <w:rPr>
          <w:b w:val="0"/>
          <w:sz w:val="20"/>
        </w:rPr>
        <w:t>Dirección: _________________________________________________________________________</w:t>
      </w:r>
    </w:p>
    <w:p>
      <w:r>
        <w:rPr>
          <w:b w:val="0"/>
          <w:sz w:val="20"/>
        </w:rPr>
        <w:t>Teléfono: _____________________     Email: ____________________________</w:t>
      </w:r>
    </w:p>
    <w:p/>
    <w:p>
      <w:r>
        <w:rPr>
          <w:b/>
          <w:sz w:val="20"/>
        </w:rPr>
        <w:t>Datos del agente que realiza la inspección</w:t>
      </w:r>
    </w:p>
    <w:p>
      <w:r>
        <w:rPr>
          <w:b w:val="0"/>
          <w:sz w:val="20"/>
        </w:rPr>
        <w:t>Nombre y Apellidos: ________________________________________________________________</w:t>
      </w:r>
    </w:p>
    <w:p>
      <w:r>
        <w:rPr>
          <w:b w:val="0"/>
          <w:sz w:val="20"/>
        </w:rPr>
        <w:t>DNI/NIF: _________________________</w:t>
      </w:r>
    </w:p>
    <w:p>
      <w:r>
        <w:rPr>
          <w:b w:val="0"/>
          <w:sz w:val="20"/>
        </w:rPr>
        <w:t>Nº Carné profesional: ______________________</w:t>
      </w:r>
    </w:p>
    <w:p/>
    <w:p>
      <w:r>
        <w:rPr>
          <w:b/>
          <w:sz w:val="20"/>
        </w:rPr>
        <w:t>Características de la instalación</w:t>
      </w:r>
    </w:p>
    <w:p>
      <w:r>
        <w:rPr>
          <w:b w:val="0"/>
          <w:sz w:val="20"/>
        </w:rPr>
        <w:t>Tipo de instalación: Individual [ ]   Comunitaria [ ]</w:t>
      </w:r>
    </w:p>
    <w:p>
      <w:r>
        <w:rPr>
          <w:b w:val="0"/>
          <w:sz w:val="20"/>
        </w:rPr>
        <w:t>Tipo de gas: Gas Natural [ ]   GLP [ ]</w:t>
      </w:r>
    </w:p>
    <w:p>
      <w:r>
        <w:rPr>
          <w:b w:val="0"/>
          <w:sz w:val="20"/>
        </w:rPr>
        <w:t>Aparatos conectados: Cocina [ ]   Calentador [ ]   Caldera [ ]   Otro: ____________</w:t>
      </w:r>
    </w:p>
    <w:p>
      <w:r>
        <w:rPr>
          <w:b w:val="0"/>
          <w:sz w:val="20"/>
        </w:rPr>
        <w:t>Ventilación y evacuación de gases: Adecuada [ ]   No adecuada [ ]</w:t>
      </w:r>
    </w:p>
    <w:p>
      <w:r>
        <w:rPr>
          <w:b w:val="0"/>
          <w:sz w:val="20"/>
        </w:rPr>
        <w:t>Estado de la instalación: Apta [ ]   No apta [ ]</w:t>
      </w:r>
    </w:p>
    <w:p/>
    <w:p>
      <w:r>
        <w:rPr>
          <w:b/>
          <w:sz w:val="20"/>
        </w:rPr>
        <w:t>Resultado de la inspección</w:t>
      </w:r>
    </w:p>
    <w:p>
      <w:r>
        <w:rPr>
          <w:b w:val="0"/>
          <w:sz w:val="20"/>
        </w:rPr>
        <w:t>Inspección realizada conforme a la normativa vigente (RD 919/2006, ITC-ICG 07 y 08).</w:t>
      </w:r>
    </w:p>
    <w:p>
      <w:r>
        <w:rPr>
          <w:b w:val="0"/>
          <w:sz w:val="20"/>
        </w:rPr>
        <w:t>Elementos inspeccionados:</w:t>
      </w:r>
    </w:p>
    <w:p>
      <w:r>
        <w:rPr>
          <w:b w:val="0"/>
          <w:sz w:val="20"/>
        </w:rPr>
        <w:t>- Tuberías y uniones</w:t>
      </w:r>
    </w:p>
    <w:p>
      <w:r>
        <w:rPr>
          <w:b w:val="0"/>
          <w:sz w:val="20"/>
        </w:rPr>
        <w:t>- Llaves de paso</w:t>
      </w:r>
    </w:p>
    <w:p>
      <w:r>
        <w:rPr>
          <w:b w:val="0"/>
          <w:sz w:val="20"/>
        </w:rPr>
        <w:t>- Aparatos conectados</w:t>
      </w:r>
    </w:p>
    <w:p>
      <w:r>
        <w:rPr>
          <w:b w:val="0"/>
          <w:sz w:val="20"/>
        </w:rPr>
        <w:t>- Ventilaciones</w:t>
      </w:r>
    </w:p>
    <w:p>
      <w:r>
        <w:rPr>
          <w:b w:val="0"/>
          <w:sz w:val="20"/>
        </w:rPr>
        <w:t>- Sistemas de evacuación de productos de la combustión</w:t>
      </w:r>
    </w:p>
    <w:p>
      <w:r>
        <w:rPr>
          <w:b w:val="0"/>
          <w:sz w:val="20"/>
        </w:rPr>
        <w:t>- Estanqueidad de la instalación</w:t>
      </w:r>
    </w:p>
    <w:p>
      <w:r>
        <w:rPr>
          <w:b w:val="0"/>
          <w:sz w:val="20"/>
        </w:rPr>
        <w:t>- Estado general de conservación</w:t>
      </w:r>
    </w:p>
    <w:p/>
    <w:p>
      <w:r>
        <w:rPr>
          <w:b w:val="0"/>
          <w:sz w:val="20"/>
        </w:rPr>
        <w:t>Deficiencias detectadas: Sí [ ]   No [ ]</w:t>
      </w:r>
    </w:p>
    <w:p>
      <w:r>
        <w:rPr>
          <w:b w:val="0"/>
          <w:sz w:val="20"/>
        </w:rPr>
        <w:t>Descripción de deficiencias (si las hubiera):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/>
    <w:p>
      <w:r>
        <w:rPr>
          <w:b w:val="0"/>
          <w:sz w:val="20"/>
        </w:rPr>
        <w:t>Medidas correctoras propuestas (en caso de deficiencias):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/>
    <w:p>
      <w:r>
        <w:rPr>
          <w:b w:val="0"/>
          <w:sz w:val="20"/>
        </w:rPr>
        <w:t>Observaciones: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/>
    <w:p>
      <w:r>
        <w:rPr>
          <w:b/>
          <w:sz w:val="20"/>
        </w:rPr>
        <w:t>Conclusión de la inspección</w:t>
      </w:r>
    </w:p>
    <w:p>
      <w:r>
        <w:rPr>
          <w:b w:val="0"/>
          <w:sz w:val="20"/>
        </w:rPr>
        <w:t>La instalación se considera: APTO [ ]   NO APTO [ ]</w:t>
      </w:r>
    </w:p>
    <w:p>
      <w:r>
        <w:rPr>
          <w:b w:val="0"/>
          <w:sz w:val="20"/>
        </w:rPr>
        <w:t>Fecha de próxima inspección recomendada: _______________________</w:t>
      </w:r>
    </w:p>
    <w:p/>
    <w:p/>
    <w:p>
      <w:r>
        <w:rPr>
          <w:b/>
          <w:sz w:val="20"/>
        </w:rPr>
        <w:t>Firmas</w:t>
      </w:r>
    </w:p>
    <w:p>
      <w:r>
        <w:rPr>
          <w:b w:val="0"/>
          <w:sz w:val="20"/>
        </w:rPr>
        <w:t>Firma del agente inspector: _______________________________</w:t>
      </w:r>
    </w:p>
    <w:p/>
    <w:p>
      <w:r>
        <w:rPr>
          <w:b w:val="0"/>
          <w:sz w:val="20"/>
        </w:rPr>
        <w:t>Firma del titular de la instalación: _______________________</w:t>
      </w:r>
    </w:p>
    <w:p/>
    <w:p/>
    <w:p>
      <w:r>
        <w:rPr>
          <w:b w:val="0"/>
          <w:sz w:val="20"/>
        </w:rPr>
        <w:t>Este certificado se emite a efectos de acreditar el resultado de la inspección periódica de la instalación de gas natural, conforme a la normativa vigente.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https://experto-certificados.com/certificado-inspeccion-periodica-gas-natural/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https://experto-certificados.com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experto-certificados.com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ertificados.com/certificado-inspeccion-periodica-gas-natural/" TargetMode="External"/><Relationship Id="rId10" Type="http://schemas.openxmlformats.org/officeDocument/2006/relationships/hyperlink" Target="https://experto-certificad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