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HORARIO LABORAL DE TRABAJADOR/A AUTÓNOMO/A</w:t>
      </w:r>
    </w:p>
    <w:p/>
    <w:p/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NIF: ___________________________</w:t>
      </w:r>
    </w:p>
    <w:p>
      <w:r>
        <w:rPr>
          <w:b w:val="0"/>
          <w:sz w:val="20"/>
        </w:rPr>
        <w:t>Domicilio: __________________________________________________________</w:t>
      </w:r>
    </w:p>
    <w:p>
      <w:r>
        <w:rPr>
          <w:b w:val="0"/>
          <w:sz w:val="20"/>
        </w:rPr>
        <w:t>Actividad profesional: ______________________________________________</w:t>
      </w:r>
    </w:p>
    <w:p>
      <w:r>
        <w:rPr>
          <w:b w:val="0"/>
          <w:sz w:val="20"/>
        </w:rPr>
        <w:t>N.º de Colegiado (si procede): ______________________________________</w:t>
      </w:r>
    </w:p>
    <w:p/>
    <w:p>
      <w:r>
        <w:rPr>
          <w:b/>
          <w:sz w:val="20"/>
        </w:rPr>
        <w:t>En calidad de trabajador/a autónomo/a, por la presente:</w:t>
      </w:r>
    </w:p>
    <w:p/>
    <w:p>
      <w:r>
        <w:rPr>
          <w:b/>
          <w:sz w:val="20"/>
        </w:rPr>
        <w:t>CERTIFICA</w:t>
      </w:r>
    </w:p>
    <w:p/>
    <w:p>
      <w:r>
        <w:rPr>
          <w:b w:val="0"/>
          <w:sz w:val="20"/>
        </w:rPr>
        <w:t>Que desarrolla su actividad profesional en el siguiente centro de trabajo o local:</w:t>
      </w:r>
    </w:p>
    <w:p>
      <w:r>
        <w:rPr>
          <w:b w:val="0"/>
          <w:sz w:val="20"/>
        </w:rPr>
        <w:t>Dirección del centro de trabajo/local: _______________________________</w:t>
      </w:r>
    </w:p>
    <w:p>
      <w:r>
        <w:rPr>
          <w:b w:val="0"/>
          <w:sz w:val="20"/>
        </w:rPr>
        <w:t>Municipio: ___________________________    Provincia: ________________</w:t>
      </w:r>
    </w:p>
    <w:p/>
    <w:p>
      <w:r>
        <w:rPr>
          <w:b w:val="0"/>
          <w:sz w:val="20"/>
        </w:rPr>
        <w:t>El horario laboral habitual es el siguiente: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Día de la semana</w:t>
            </w:r>
          </w:p>
        </w:tc>
        <w:tc>
          <w:tcPr>
            <w:tcW w:type="dxa" w:w="3324"/>
          </w:tcPr>
          <w:p>
            <w:r>
              <w:rPr>
                <w:b/>
              </w:rPr>
              <w:t>Hora de inicio</w:t>
            </w:r>
          </w:p>
        </w:tc>
        <w:tc>
          <w:tcPr>
            <w:tcW w:type="dxa" w:w="3324"/>
          </w:tcPr>
          <w:p>
            <w:r>
              <w:rPr>
                <w:b/>
              </w:rPr>
              <w:t>Hora de fin</w:t>
            </w:r>
          </w:p>
        </w:tc>
      </w:tr>
      <w:tr>
        <w:tc>
          <w:tcPr>
            <w:tcW w:type="dxa" w:w="3324"/>
          </w:tcPr>
          <w:p/>
        </w:tc>
        <w:tc>
          <w:tcPr>
            <w:tcW w:type="dxa" w:w="3324"/>
          </w:tcPr>
          <w:p/>
        </w:tc>
        <w:tc>
          <w:tcPr>
            <w:tcW w:type="dxa" w:w="3324"/>
          </w:tcPr>
          <w:p/>
        </w:tc>
      </w:tr>
      <w:tr>
        <w:tc>
          <w:tcPr>
            <w:tcW w:type="dxa" w:w="3324"/>
          </w:tcPr>
          <w:p>
            <w:r>
              <w:t>Lunes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Martes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Miércoles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Jueves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Viernes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Sábado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Domingo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 w:val="0"/>
          <w:sz w:val="20"/>
        </w:rPr>
        <w:t>La actividad profesional se realiza de manera efectiva y presencial en el horario arriba indicado.</w:t>
      </w:r>
    </w:p>
    <w:p/>
    <w:p>
      <w:r>
        <w:rPr>
          <w:b w:val="0"/>
          <w:sz w:val="20"/>
        </w:rPr>
        <w:t>Se expide el presente certificado a los efectos de acreditar el horario laboral para la solicitud de plaza en guardería o escuela infantil.</w:t>
      </w:r>
    </w:p>
    <w:p/>
    <w:p/>
    <w:p/>
    <w:p>
      <w:r>
        <w:rPr>
          <w:b/>
          <w:sz w:val="20"/>
        </w:rPr>
        <w:t>Firmado:</w:t>
      </w:r>
    </w:p>
    <w:p/>
    <w:p>
      <w:r>
        <w:rPr>
          <w:b w:val="0"/>
          <w:sz w:val="20"/>
        </w:rPr>
        <w:t>_______________________________</w:t>
      </w:r>
    </w:p>
    <w:p/>
    <w:p>
      <w:r>
        <w:rPr>
          <w:b w:val="0"/>
          <w:sz w:val="20"/>
        </w:rPr>
        <w:t>Nombre y firma del trabajador/a autónomo/a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https://experto-certificados.com/certificado-horario-laboral-autonomo-para-guarderia/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horario-laboral-autonomo-para-guarderia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