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EMPRESA SOBRE HORAS SEMANALES PARA GUARDERÍA</w:t>
      </w:r>
    </w:p>
    <w:p/>
    <w:p/>
    <w:p>
      <w:r>
        <w:rPr>
          <w:b/>
          <w:sz w:val="20"/>
        </w:rPr>
        <w:t>La empresa:</w:t>
      </w:r>
    </w:p>
    <w:p>
      <w:r>
        <w:rPr>
          <w:b w:val="0"/>
          <w:sz w:val="20"/>
        </w:rPr>
        <w:t>Nombre o razón social: _____________________________________________________________</w:t>
      </w:r>
    </w:p>
    <w:p>
      <w:r>
        <w:rPr>
          <w:b w:val="0"/>
          <w:sz w:val="20"/>
        </w:rPr>
        <w:t>CIF: _______________________________</w:t>
      </w:r>
    </w:p>
    <w:p>
      <w:r>
        <w:rPr>
          <w:b w:val="0"/>
          <w:sz w:val="20"/>
        </w:rPr>
        <w:t>Domicilio social: _________________________________________________________________</w:t>
      </w:r>
    </w:p>
    <w:p>
      <w:r>
        <w:rPr>
          <w:b w:val="0"/>
          <w:sz w:val="20"/>
        </w:rPr>
        <w:t>Teléfono: ___________________________  Correo electrónico: _________________________</w:t>
      </w:r>
    </w:p>
    <w:p/>
    <w:p>
      <w:r>
        <w:rPr>
          <w:b/>
          <w:sz w:val="20"/>
        </w:rPr>
        <w:t>Representada por: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Cargo: _____________________________  DNI: ___________________________</w:t>
      </w:r>
    </w:p>
    <w:p/>
    <w:p>
      <w:r>
        <w:rPr>
          <w:b/>
          <w:sz w:val="20"/>
        </w:rPr>
        <w:t>CERTIFICA:</w:t>
      </w:r>
    </w:p>
    <w:p/>
    <w:p>
      <w:r>
        <w:rPr>
          <w:b w:val="0"/>
          <w:sz w:val="20"/>
        </w:rPr>
        <w:t>Que D./Dña. ________________________________________________________________, con DNI ________________________, presta servicios laborales en esta empresa desde el día ____/____/________, desempeñando el puesto de ______________________________________________________.</w:t>
      </w:r>
    </w:p>
    <w:p/>
    <w:p>
      <w:r>
        <w:rPr>
          <w:b w:val="0"/>
          <w:sz w:val="20"/>
        </w:rPr>
        <w:t>Que el/la trabajador/a tiene contratado/a un horario de trabajo de ______ horas semanales, distribuidas de la siguiente forma:</w:t>
      </w:r>
    </w:p>
    <w:p/>
    <w:p>
      <w:r>
        <w:rPr>
          <w:b w:val="0"/>
          <w:sz w:val="20"/>
        </w:rPr>
        <w:t>Lunes: ____________</w:t>
      </w:r>
    </w:p>
    <w:p>
      <w:r>
        <w:rPr>
          <w:b w:val="0"/>
          <w:sz w:val="20"/>
        </w:rPr>
        <w:t>Martes: ___________</w:t>
      </w:r>
    </w:p>
    <w:p>
      <w:r>
        <w:rPr>
          <w:b w:val="0"/>
          <w:sz w:val="20"/>
        </w:rPr>
        <w:t>Miércoles: _________</w:t>
      </w:r>
    </w:p>
    <w:p>
      <w:r>
        <w:rPr>
          <w:b w:val="0"/>
          <w:sz w:val="20"/>
        </w:rPr>
        <w:t>Jueves: ___________</w:t>
      </w:r>
    </w:p>
    <w:p>
      <w:r>
        <w:rPr>
          <w:b w:val="0"/>
          <w:sz w:val="20"/>
        </w:rPr>
        <w:t>Viernes: __________</w:t>
      </w:r>
    </w:p>
    <w:p>
      <w:r>
        <w:rPr>
          <w:b w:val="0"/>
          <w:sz w:val="20"/>
        </w:rPr>
        <w:t>Sábado: ___________</w:t>
      </w:r>
    </w:p>
    <w:p>
      <w:r>
        <w:rPr>
          <w:b w:val="0"/>
          <w:sz w:val="20"/>
        </w:rPr>
        <w:t>Domingo: __________</w:t>
      </w:r>
    </w:p>
    <w:p/>
    <w:p>
      <w:r>
        <w:rPr>
          <w:b w:val="0"/>
          <w:sz w:val="20"/>
        </w:rPr>
        <w:t>El contrato de trabajo es de tipo: _________________________________________________</w:t>
      </w:r>
    </w:p>
    <w:p>
      <w:r>
        <w:rPr>
          <w:b w:val="0"/>
          <w:sz w:val="20"/>
        </w:rPr>
        <w:t>Jornada: ( ) Completa    ( ) Parcial</w:t>
      </w:r>
    </w:p>
    <w:p>
      <w:r>
        <w:rPr>
          <w:b w:val="0"/>
          <w:sz w:val="20"/>
        </w:rPr>
        <w:t>Turno: ( ) Mañana    ( ) Tarde    ( ) Noche    ( ) Rotativo</w:t>
      </w:r>
    </w:p>
    <w:p/>
    <w:p>
      <w:r>
        <w:rPr>
          <w:b w:val="0"/>
          <w:sz w:val="20"/>
        </w:rPr>
        <w:t>Así mismo, se hace constar que el trabajador/a realiza su actividad en el centro de trabajo ubicado en:</w:t>
      </w:r>
    </w:p>
    <w:p>
      <w:r>
        <w:rPr>
          <w:b w:val="0"/>
          <w:sz w:val="20"/>
        </w:rPr>
        <w:t>Dirección: _________________________________________________________________</w:t>
      </w:r>
    </w:p>
    <w:p/>
    <w:p>
      <w:r>
        <w:rPr>
          <w:b w:val="0"/>
          <w:sz w:val="20"/>
        </w:rPr>
        <w:t>Y para que así conste y surta los efectos oportunos, se expide el presente certificado.</w:t>
      </w:r>
    </w:p>
    <w:p/>
    <w:p/>
    <w:p>
      <w:r>
        <w:rPr>
          <w:b w:val="0"/>
          <w:sz w:val="20"/>
        </w:rPr>
        <w:t>Firmado:</w:t>
      </w:r>
    </w:p>
    <w:p/>
    <w:p/>
    <w:p/>
    <w:p>
      <w:r>
        <w:rPr>
          <w:b w:val="0"/>
          <w:sz w:val="20"/>
        </w:rPr>
        <w:t>_________________________________</w:t>
      </w:r>
    </w:p>
    <w:p>
      <w:r>
        <w:rPr>
          <w:b w:val="0"/>
          <w:sz w:val="20"/>
        </w:rPr>
        <w:t>Nombre y firma de la empresa</w:t>
      </w:r>
    </w:p>
    <w:p/>
    <w:p>
      <w:r>
        <w:rPr>
          <w:b w:val="0"/>
          <w:sz w:val="20"/>
        </w:rPr>
        <w:t>Sello de la empresa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https://experto-certificados.com/certificado-empresa-horas-semanales-guarderia/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empresa-horas-semanales-guarderia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