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CERTIFICADO DE PROFESIONALIDAD</w:t>
      </w:r>
    </w:p>
    <w:p/>
    <w:p/>
    <w:p>
      <w:r>
        <w:rPr>
          <w:b/>
          <w:sz w:val="22"/>
        </w:rPr>
        <w:t>Datos de la persona titular del certificado</w:t>
      </w:r>
    </w:p>
    <w:p>
      <w:r>
        <w:rPr>
          <w:b w:val="0"/>
          <w:sz w:val="22"/>
        </w:rPr>
        <w:t>Nombre y apellidos: ____________________________________________________________</w:t>
      </w:r>
    </w:p>
    <w:p>
      <w:r>
        <w:rPr>
          <w:b w:val="0"/>
          <w:sz w:val="22"/>
        </w:rPr>
        <w:t>DNI/NIE/Pasaporte: ____________________________</w:t>
      </w:r>
    </w:p>
    <w:p>
      <w:r>
        <w:rPr>
          <w:b w:val="0"/>
          <w:sz w:val="22"/>
        </w:rPr>
        <w:t>Fecha de nacimiento: __________________________</w:t>
      </w:r>
    </w:p>
    <w:p>
      <w:r>
        <w:rPr>
          <w:b w:val="0"/>
          <w:sz w:val="22"/>
        </w:rPr>
        <w:t>Lugar de nacimiento: __________________________</w:t>
      </w:r>
    </w:p>
    <w:p>
      <w:r>
        <w:rPr>
          <w:b w:val="0"/>
          <w:sz w:val="22"/>
        </w:rPr>
        <w:t>Nacionalidad: ________________________________</w:t>
      </w:r>
    </w:p>
    <w:p/>
    <w:p>
      <w:r>
        <w:rPr>
          <w:b/>
          <w:sz w:val="22"/>
        </w:rPr>
        <w:t>Datos del certificado de profesionalidad</w:t>
      </w:r>
    </w:p>
    <w:p>
      <w:r>
        <w:rPr>
          <w:b w:val="0"/>
          <w:sz w:val="22"/>
        </w:rPr>
        <w:t>Denominación del certificado: ___________________________________________________</w:t>
      </w:r>
    </w:p>
    <w:p>
      <w:r>
        <w:rPr>
          <w:b w:val="0"/>
          <w:sz w:val="22"/>
        </w:rPr>
        <w:t>Código: ___________________________________________________________</w:t>
      </w:r>
    </w:p>
    <w:p>
      <w:r>
        <w:rPr>
          <w:b w:val="0"/>
          <w:sz w:val="22"/>
        </w:rPr>
        <w:t>Familia profesional: _______________________________________________</w:t>
      </w:r>
    </w:p>
    <w:p>
      <w:r>
        <w:rPr>
          <w:b w:val="0"/>
          <w:sz w:val="22"/>
        </w:rPr>
        <w:t>Área profesional: _________________________________________________</w:t>
      </w:r>
    </w:p>
    <w:p>
      <w:r>
        <w:rPr>
          <w:b w:val="0"/>
          <w:sz w:val="22"/>
        </w:rPr>
        <w:t>Nivel: ____________________________________________________________</w:t>
      </w:r>
    </w:p>
    <w:p>
      <w:r>
        <w:rPr>
          <w:b w:val="0"/>
          <w:sz w:val="22"/>
        </w:rPr>
        <w:t>Real Decreto regulador: ___________________________________________</w:t>
      </w:r>
    </w:p>
    <w:p>
      <w:r>
        <w:rPr>
          <w:b w:val="0"/>
          <w:sz w:val="22"/>
        </w:rPr>
        <w:t>Fecha de publicación en BOE: _______________________________________</w:t>
      </w:r>
    </w:p>
    <w:p/>
    <w:p>
      <w:r>
        <w:rPr>
          <w:b/>
          <w:sz w:val="22"/>
        </w:rPr>
        <w:t>Competencia general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/>
    <w:p>
      <w:r>
        <w:rPr>
          <w:b/>
          <w:sz w:val="22"/>
        </w:rPr>
        <w:t>Relación de unidades de competencia que comprende el certificado</w:t>
      </w:r>
    </w:p>
    <w:p>
      <w:r>
        <w:rPr>
          <w:b w:val="0"/>
          <w:sz w:val="22"/>
        </w:rPr>
        <w:t>UC1: ______________________________________________________________</w:t>
      </w:r>
    </w:p>
    <w:p>
      <w:r>
        <w:rPr>
          <w:b w:val="0"/>
          <w:sz w:val="22"/>
        </w:rPr>
        <w:t>UC2: ______________________________________________________________</w:t>
      </w:r>
    </w:p>
    <w:p>
      <w:r>
        <w:rPr>
          <w:b w:val="0"/>
          <w:sz w:val="22"/>
        </w:rPr>
        <w:t>UC3: ______________________________________________________________</w:t>
      </w:r>
    </w:p>
    <w:p>
      <w:r>
        <w:rPr>
          <w:b w:val="0"/>
          <w:sz w:val="22"/>
        </w:rPr>
        <w:t>UC4: ______________________________________________________________</w:t>
      </w:r>
    </w:p>
    <w:p/>
    <w:p>
      <w:r>
        <w:rPr>
          <w:b/>
          <w:sz w:val="22"/>
        </w:rPr>
        <w:t>Relación de módulos formativos superados</w:t>
      </w:r>
    </w:p>
    <w:p>
      <w:r>
        <w:rPr>
          <w:b w:val="0"/>
          <w:sz w:val="22"/>
        </w:rPr>
        <w:t>MF1: ______________________________________________________________</w:t>
      </w:r>
    </w:p>
    <w:p>
      <w:r>
        <w:rPr>
          <w:b w:val="0"/>
          <w:sz w:val="22"/>
        </w:rPr>
        <w:t>MF2: ______________________________________________________________</w:t>
      </w:r>
    </w:p>
    <w:p>
      <w:r>
        <w:rPr>
          <w:b w:val="0"/>
          <w:sz w:val="22"/>
        </w:rPr>
        <w:t>MF3: ______________________________________________________________</w:t>
      </w:r>
    </w:p>
    <w:p>
      <w:r>
        <w:rPr>
          <w:b w:val="0"/>
          <w:sz w:val="22"/>
        </w:rPr>
        <w:t>MF4: ______________________________________________________________</w:t>
      </w:r>
    </w:p>
    <w:p/>
    <w:p>
      <w:r>
        <w:rPr>
          <w:b/>
          <w:sz w:val="22"/>
        </w:rPr>
        <w:t>Módulo de prácticas profesionales no laborales</w:t>
      </w:r>
    </w:p>
    <w:p>
      <w:r>
        <w:rPr>
          <w:b w:val="0"/>
          <w:sz w:val="22"/>
        </w:rPr>
        <w:t>Denominación: _____________________________________________________</w:t>
      </w:r>
    </w:p>
    <w:p>
      <w:r>
        <w:rPr>
          <w:b w:val="0"/>
          <w:sz w:val="22"/>
        </w:rPr>
        <w:t>Centro de realización: _____________________________________________</w:t>
      </w:r>
    </w:p>
    <w:p>
      <w:r>
        <w:rPr>
          <w:b w:val="0"/>
          <w:sz w:val="22"/>
        </w:rPr>
        <w:t>Duración (horas): ______________</w:t>
      </w:r>
    </w:p>
    <w:p>
      <w:r>
        <w:rPr>
          <w:b w:val="0"/>
          <w:sz w:val="22"/>
        </w:rPr>
        <w:t>Superado:  Sí (__)   No (__)</w:t>
      </w:r>
    </w:p>
    <w:p/>
    <w:p>
      <w:r>
        <w:rPr>
          <w:b/>
          <w:sz w:val="22"/>
        </w:rPr>
        <w:t>Observaciones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/>
    <w:p/>
    <w:p>
      <w:r>
        <w:rPr>
          <w:b/>
          <w:sz w:val="22"/>
        </w:rPr>
        <w:t>Organismo emisor del certificado</w:t>
      </w:r>
    </w:p>
    <w:p>
      <w:r>
        <w:rPr>
          <w:b w:val="0"/>
          <w:sz w:val="22"/>
        </w:rPr>
        <w:t>Nombre del organismo: _____________________________________________</w:t>
      </w:r>
    </w:p>
    <w:p>
      <w:r>
        <w:rPr>
          <w:b w:val="0"/>
          <w:sz w:val="22"/>
        </w:rPr>
        <w:t>Código del centro: ________________________</w:t>
      </w:r>
    </w:p>
    <w:p>
      <w:r>
        <w:rPr>
          <w:b w:val="0"/>
          <w:sz w:val="22"/>
        </w:rPr>
        <w:t>Dirección: ________________________________________________________</w:t>
      </w:r>
    </w:p>
    <w:p>
      <w:r>
        <w:rPr>
          <w:b w:val="0"/>
          <w:sz w:val="22"/>
        </w:rPr>
        <w:t>Localidad: _______________________   Provincia: ___________________</w:t>
      </w:r>
    </w:p>
    <w:p/>
    <w:p/>
    <w:p>
      <w:r>
        <w:rPr>
          <w:b/>
          <w:sz w:val="22"/>
        </w:rPr>
        <w:t>Firma y sello</w:t>
      </w:r>
    </w:p>
    <w:p/>
    <w:p/>
    <w:p/>
    <w:p/>
    <w:p>
      <w:r>
        <w:rPr>
          <w:b w:val="0"/>
          <w:sz w:val="22"/>
        </w:rPr>
        <w:t>_________________________________________________</w:t>
      </w:r>
    </w:p>
    <w:p>
      <w:r>
        <w:rPr>
          <w:b w:val="0"/>
          <w:sz w:val="22"/>
        </w:rPr>
        <w:t>Firma y sello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https://experto-certificados.com/certificado-de-profesionalidad/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de-profesionalidad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