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CERTIFICADO DE PAGO</w:t>
      </w:r>
    </w:p>
    <w:p/>
    <w:p/>
    <w:p>
      <w:r>
        <w:rPr>
          <w:b w:val="0"/>
          <w:sz w:val="20"/>
        </w:rPr>
        <w:t>La entidad que suscribe:</w:t>
      </w:r>
    </w:p>
    <w:p>
      <w:r>
        <w:rPr>
          <w:b w:val="0"/>
          <w:sz w:val="20"/>
        </w:rPr>
        <w:t>Nombre/Razón Social: ___________________________________________________</w:t>
      </w:r>
    </w:p>
    <w:p>
      <w:r>
        <w:rPr>
          <w:b w:val="0"/>
          <w:sz w:val="20"/>
        </w:rPr>
        <w:t>NIF/CIF: ___________________________</w:t>
      </w:r>
    </w:p>
    <w:p>
      <w:r>
        <w:rPr>
          <w:b w:val="0"/>
          <w:sz w:val="20"/>
        </w:rPr>
        <w:t>Domicilio social: ______________________________________________________</w:t>
      </w:r>
    </w:p>
    <w:p>
      <w:r>
        <w:rPr>
          <w:b w:val="0"/>
          <w:sz w:val="20"/>
        </w:rPr>
        <w:t>Teléfono: __________________________</w:t>
      </w:r>
    </w:p>
    <w:p>
      <w:r>
        <w:rPr>
          <w:b w:val="0"/>
          <w:sz w:val="20"/>
        </w:rPr>
        <w:t>Correo electrónico: _________________________________</w:t>
      </w:r>
    </w:p>
    <w:p/>
    <w:p>
      <w:r>
        <w:rPr>
          <w:b/>
          <w:sz w:val="20"/>
        </w:rPr>
        <w:t>CERTIFICA</w:t>
      </w:r>
    </w:p>
    <w:p/>
    <w:p>
      <w:r>
        <w:rPr>
          <w:b w:val="0"/>
          <w:sz w:val="20"/>
        </w:rPr>
        <w:t>Que D./Dña.: __________________________________________________________</w:t>
      </w:r>
    </w:p>
    <w:p>
      <w:r>
        <w:rPr>
          <w:b w:val="0"/>
          <w:sz w:val="20"/>
        </w:rPr>
        <w:t>con DNI/NIE número ___________________________, ha realizado el pago correspondiente a la obligación contraída con esta entidad, según se detalla a continuación:</w:t>
      </w:r>
    </w:p>
    <w:p/>
    <w:p>
      <w:r>
        <w:rPr>
          <w:b w:val="0"/>
          <w:sz w:val="20"/>
        </w:rPr>
        <w:t>Concepto del pago: _________________________________________________</w:t>
      </w:r>
    </w:p>
    <w:p>
      <w:r>
        <w:rPr>
          <w:b w:val="0"/>
          <w:sz w:val="20"/>
        </w:rPr>
        <w:t>Importe abonado: ___________________________ €</w:t>
      </w:r>
    </w:p>
    <w:p>
      <w:r>
        <w:rPr>
          <w:b w:val="0"/>
          <w:sz w:val="20"/>
        </w:rPr>
        <w:t>Método de pago: ____________________________</w:t>
      </w:r>
    </w:p>
    <w:p>
      <w:r>
        <w:rPr>
          <w:b w:val="0"/>
          <w:sz w:val="20"/>
        </w:rPr>
        <w:t>Fecha del pago: ____________________________</w:t>
      </w:r>
    </w:p>
    <w:p>
      <w:r>
        <w:rPr>
          <w:b w:val="0"/>
          <w:sz w:val="20"/>
        </w:rPr>
        <w:t>Referencia/Factura nº: _____________________</w:t>
      </w:r>
    </w:p>
    <w:p/>
    <w:p>
      <w:r>
        <w:rPr>
          <w:b w:val="0"/>
          <w:sz w:val="20"/>
        </w:rPr>
        <w:t>Según los registros de la entidad, el pago realizado cubre la totalidad de la deuda u obligación indicada, no existiendo a la fecha de emisión de este certificado ninguna cantidad pendiente de abono relacionada con el citado concepto.</w:t>
      </w:r>
    </w:p>
    <w:p/>
    <w:p>
      <w:r>
        <w:rPr>
          <w:b w:val="0"/>
          <w:sz w:val="20"/>
        </w:rPr>
        <w:t>Este certificado se expide a petición del interesado, para los fines que estime oportunos.</w:t>
      </w:r>
    </w:p>
    <w:p/>
    <w:p/>
    <w:p/>
    <w:p>
      <w:r>
        <w:rPr>
          <w:b w:val="0"/>
          <w:sz w:val="20"/>
        </w:rPr>
        <w:t>Firma y sello de la entidad</w:t>
      </w:r>
    </w:p>
    <w:p/>
    <w:p/>
    <w:p/>
    <w:p>
      <w:r>
        <w:rPr>
          <w:b w:val="0"/>
          <w:sz w:val="20"/>
        </w:rPr>
        <w:t>___________________________________</w:t>
      </w:r>
    </w:p>
    <w:p>
      <w:r>
        <w:rPr>
          <w:b w:val="0"/>
          <w:sz w:val="20"/>
        </w:rPr>
        <w:t>Nombre y cargo del firmante</w:t>
      </w:r>
    </w:p>
    <w:p/>
    <w:p>
      <w:r>
        <w:rPr>
          <w:b w:val="0"/>
          <w:sz w:val="20"/>
        </w:rPr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https://experto-certificados.com/certificado-de-pago/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https://experto-certificados.com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experto-certificados.com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ertificados.com/certificado-de-pago/" TargetMode="External"/><Relationship Id="rId10" Type="http://schemas.openxmlformats.org/officeDocument/2006/relationships/hyperlink" Target="https://experto-certificad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