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ESTUDIOS</w:t>
      </w:r>
    </w:p>
    <w:p/>
    <w:p>
      <w:r>
        <w:rPr>
          <w:b w:val="0"/>
          <w:sz w:val="20"/>
        </w:rPr>
        <w:t>La Institución Educativa: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con código modular: _________________________________________________</w:t>
      </w:r>
    </w:p>
    <w:p>
      <w:r>
        <w:rPr>
          <w:b w:val="0"/>
          <w:sz w:val="20"/>
        </w:rPr>
        <w:t>y domicilio en: _____________________________________________________</w:t>
      </w:r>
    </w:p>
    <w:p/>
    <w:p>
      <w:r>
        <w:rPr>
          <w:b/>
          <w:sz w:val="22"/>
        </w:rPr>
        <w:t>CERTIFICA:</w:t>
      </w:r>
    </w:p>
    <w:p/>
    <w:p>
      <w:r>
        <w:rPr>
          <w:b w:val="0"/>
          <w:sz w:val="20"/>
        </w:rPr>
        <w:t>Que el(la) estudiante:</w:t>
      </w:r>
    </w:p>
    <w:p>
      <w:r>
        <w:rPr>
          <w:b w:val="0"/>
          <w:sz w:val="20"/>
        </w:rPr>
        <w:t>Nombre completo: ____________________________________________________</w:t>
      </w:r>
    </w:p>
    <w:p>
      <w:r>
        <w:rPr>
          <w:b w:val="0"/>
          <w:sz w:val="20"/>
        </w:rPr>
        <w:t>DNI/NIE/Pasaporte: ____________________________</w:t>
      </w:r>
    </w:p>
    <w:p>
      <w:r>
        <w:rPr>
          <w:b w:val="0"/>
          <w:sz w:val="20"/>
        </w:rPr>
        <w:t>Fecha de nacimiento: _________________________</w:t>
      </w:r>
    </w:p>
    <w:p>
      <w:r>
        <w:rPr>
          <w:b w:val="0"/>
          <w:sz w:val="20"/>
        </w:rPr>
        <w:t>Lugar de nacimiento: _________________________</w:t>
      </w:r>
    </w:p>
    <w:p/>
    <w:p>
      <w:r>
        <w:rPr>
          <w:b w:val="0"/>
          <w:sz w:val="20"/>
        </w:rPr>
        <w:t>Ha cursado estudios en esta institución, conforme al siguiente detalle:</w:t>
      </w:r>
    </w:p>
    <w:p>
      <w:r>
        <w:rPr>
          <w:b w:val="0"/>
          <w:sz w:val="20"/>
        </w:rPr>
        <w:t>Nivel educativo: _________________________________________________</w:t>
      </w:r>
    </w:p>
    <w:p>
      <w:r>
        <w:rPr>
          <w:b w:val="0"/>
          <w:sz w:val="20"/>
        </w:rPr>
        <w:t>Grado/Año/Ciclo: ________________________________________________</w:t>
      </w:r>
    </w:p>
    <w:p>
      <w:r>
        <w:rPr>
          <w:b w:val="0"/>
          <w:sz w:val="20"/>
        </w:rPr>
        <w:t>Periodo lectivo: ________________________________________________</w:t>
      </w:r>
    </w:p>
    <w:p>
      <w:r>
        <w:rPr>
          <w:b w:val="0"/>
          <w:sz w:val="20"/>
        </w:rPr>
        <w:t>Modalidad: ______________________________________________________</w:t>
      </w:r>
    </w:p>
    <w:p>
      <w:r>
        <w:rPr>
          <w:b w:val="0"/>
          <w:sz w:val="20"/>
        </w:rPr>
        <w:t>Turno: __________________________________________________________</w:t>
      </w:r>
    </w:p>
    <w:p>
      <w:r>
        <w:rPr>
          <w:b w:val="0"/>
          <w:sz w:val="20"/>
        </w:rPr>
        <w:t>Condición: ______________________________________________________</w:t>
      </w:r>
    </w:p>
    <w:p/>
    <w:p>
      <w:r>
        <w:rPr>
          <w:b w:val="0"/>
          <w:sz w:val="20"/>
        </w:rPr>
        <w:t>Asignaturas cursadas y calificaciones obtenidas: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Asignatura</w:t>
            </w:r>
          </w:p>
        </w:tc>
        <w:tc>
          <w:tcPr>
            <w:tcW w:type="dxa" w:w="3324"/>
          </w:tcPr>
          <w:p>
            <w:r>
              <w:t>Calificación</w:t>
            </w:r>
          </w:p>
        </w:tc>
        <w:tc>
          <w:tcPr>
            <w:tcW w:type="dxa" w:w="3324"/>
          </w:tcPr>
          <w:p>
            <w:r>
              <w:t>Observaciones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 w:val="0"/>
          <w:sz w:val="20"/>
        </w:rPr>
        <w:t>Observaciones generales: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/>
    <w:p>
      <w:r>
        <w:rPr>
          <w:b/>
          <w:sz w:val="20"/>
        </w:rPr>
        <w:t>Sello y firma de la autoridad educativa</w:t>
      </w:r>
    </w:p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Nombre y cargo de la autoridad</w:t>
      </w:r>
    </w:p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Firma</w:t>
      </w:r>
    </w:p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Sello de la Institución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https://experto-certificados.com/certificado-de-estudios/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de-estudios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