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CERTIFICADO DE EMPADRONAMIENTO</w:t>
      </w:r>
    </w:p>
    <w:p/>
    <w:p/>
    <w:p>
      <w:r>
        <w:rPr>
          <w:b/>
          <w:sz w:val="22"/>
        </w:rPr>
        <w:t>EL/LA SECRETARIO/A DEL AYUNTAMIENTO DE ______________________________</w:t>
      </w:r>
    </w:p>
    <w:p/>
    <w:p>
      <w:r>
        <w:rPr>
          <w:b/>
          <w:sz w:val="22"/>
        </w:rPr>
        <w:t>CERTIFICA:</w:t>
      </w:r>
    </w:p>
    <w:p/>
    <w:p>
      <w:r>
        <w:rPr>
          <w:b w:val="0"/>
          <w:sz w:val="22"/>
        </w:rPr>
        <w:t>Que según los datos obrantes en el Padrón Municipal de Habitantes de este municipio, la persona que a continuación se detalla figura inscrita como residente en la dirección indicada.</w:t>
      </w:r>
    </w:p>
    <w:p/>
    <w:p>
      <w:r>
        <w:rPr>
          <w:b w:val="0"/>
          <w:sz w:val="22"/>
        </w:rPr>
        <w:t>Nombre y apellidos: ___________________________________________________________</w:t>
      </w:r>
    </w:p>
    <w:p>
      <w:r>
        <w:rPr>
          <w:b w:val="0"/>
          <w:sz w:val="22"/>
        </w:rPr>
        <w:t>DNI/NIE/Pasaporte: __________________________</w:t>
      </w:r>
    </w:p>
    <w:p>
      <w:r>
        <w:rPr>
          <w:b w:val="0"/>
          <w:sz w:val="22"/>
        </w:rPr>
        <w:t>Fecha de nacimiento: ________________________</w:t>
      </w:r>
    </w:p>
    <w:p>
      <w:r>
        <w:rPr>
          <w:b w:val="0"/>
          <w:sz w:val="22"/>
        </w:rPr>
        <w:t>Lugar de nacimiento: ________________________</w:t>
      </w:r>
    </w:p>
    <w:p>
      <w:r>
        <w:rPr>
          <w:b w:val="0"/>
          <w:sz w:val="22"/>
        </w:rPr>
        <w:t>Nacionalidad: ______________________________</w:t>
      </w:r>
    </w:p>
    <w:p/>
    <w:p>
      <w:r>
        <w:rPr>
          <w:b w:val="0"/>
          <w:sz w:val="22"/>
        </w:rPr>
        <w:t>Domicilio: ____________________________________________________________________</w:t>
      </w:r>
    </w:p>
    <w:p>
      <w:r>
        <w:rPr>
          <w:b w:val="0"/>
          <w:sz w:val="22"/>
        </w:rPr>
        <w:t>Código Postal: ______________    Municipio: _______________________    Provincia: ____________________</w:t>
      </w:r>
    </w:p>
    <w:p/>
    <w:p>
      <w:r>
        <w:rPr>
          <w:b w:val="0"/>
          <w:sz w:val="22"/>
        </w:rPr>
        <w:t>Fecha de alta en el padrón municipal: ___________________</w:t>
      </w:r>
    </w:p>
    <w:p>
      <w:r>
        <w:rPr>
          <w:b w:val="0"/>
          <w:sz w:val="22"/>
        </w:rPr>
        <w:t>Situación en el domicilio: _____________________________</w:t>
      </w:r>
    </w:p>
    <w:p/>
    <w:p/>
    <w:p>
      <w:r>
        <w:rPr>
          <w:b/>
          <w:sz w:val="22"/>
        </w:rPr>
        <w:t>En el mismo domicilio figuran empadronadas las siguientes personas:</w:t>
      </w:r>
    </w:p>
    <w:p/>
    <w:p>
      <w:r>
        <w:rPr>
          <w:b w:val="0"/>
          <w:sz w:val="22"/>
        </w:rPr>
        <w:t>1. ___________________________________________________________________________</w:t>
      </w:r>
    </w:p>
    <w:p>
      <w:r>
        <w:rPr>
          <w:b w:val="0"/>
          <w:sz w:val="22"/>
        </w:rPr>
        <w:t>2. ___________________________________________________________________________</w:t>
      </w:r>
    </w:p>
    <w:p>
      <w:r>
        <w:rPr>
          <w:b w:val="0"/>
          <w:sz w:val="22"/>
        </w:rPr>
        <w:t>3. ___________________________________________________________________________</w:t>
      </w:r>
    </w:p>
    <w:p>
      <w:r>
        <w:rPr>
          <w:b w:val="0"/>
          <w:sz w:val="22"/>
        </w:rPr>
        <w:t>4. ___________________________________________________________________________</w:t>
      </w:r>
    </w:p>
    <w:p>
      <w:r>
        <w:rPr>
          <w:b w:val="0"/>
          <w:sz w:val="22"/>
        </w:rPr>
        <w:t>5. ___________________________________________________________________________</w:t>
      </w:r>
    </w:p>
    <w:p/>
    <w:p/>
    <w:p>
      <w:r>
        <w:rPr>
          <w:b w:val="0"/>
          <w:sz w:val="22"/>
        </w:rPr>
        <w:t>Y para que así conste y surta los efectos oportunos, se expide el presente certificado.</w:t>
      </w:r>
    </w:p>
    <w:p/>
    <w:p/>
    <w:p>
      <w:r>
        <w:rPr>
          <w:b w:val="0"/>
          <w:sz w:val="22"/>
        </w:rPr>
        <w:t>En ________________________________</w:t>
      </w:r>
    </w:p>
    <w:p/>
    <w:p>
      <w:r>
        <w:rPr>
          <w:b/>
          <w:sz w:val="22"/>
        </w:rPr>
        <w:t>EL/LA SECRETARIO/A</w:t>
      </w:r>
    </w:p>
    <w:p/>
    <w:p/>
    <w:p/>
    <w:p/>
    <w:p>
      <w:r>
        <w:rPr>
          <w:b w:val="0"/>
          <w:sz w:val="22"/>
        </w:rPr>
        <w:t>Firma: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https://experto-certificados.com/certificado-de-empadronamiento/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https://experto-certificados.com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experto-certificados.com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certificados.com/certificado-de-empadronamiento/" TargetMode="External"/><Relationship Id="rId10" Type="http://schemas.openxmlformats.org/officeDocument/2006/relationships/hyperlink" Target="https://experto-certificad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