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DIVIDENDOS PAGADOS</w:t>
      </w:r>
    </w:p>
    <w:p/>
    <w:p/>
    <w:p>
      <w:r>
        <w:rPr>
          <w:b/>
          <w:sz w:val="20"/>
        </w:rPr>
        <w:t>La entidad:</w:t>
      </w:r>
    </w:p>
    <w:p>
      <w:r>
        <w:rPr>
          <w:b w:val="0"/>
          <w:sz w:val="20"/>
        </w:rPr>
        <w:t>Denominación social: ____________________________________________________</w:t>
      </w:r>
    </w:p>
    <w:p>
      <w:r>
        <w:rPr>
          <w:b w:val="0"/>
          <w:sz w:val="20"/>
        </w:rPr>
        <w:t>CIF: ___________________________</w:t>
      </w:r>
    </w:p>
    <w:p>
      <w:r>
        <w:rPr>
          <w:b w:val="0"/>
          <w:sz w:val="20"/>
        </w:rPr>
        <w:t>Domicilio social: ______________________________________________________</w:t>
      </w:r>
    </w:p>
    <w:p>
      <w:r>
        <w:rPr>
          <w:b w:val="0"/>
          <w:sz w:val="20"/>
        </w:rPr>
        <w:t>Inscrita en el Registro Mercantil de ____________________________, Tomo _______, Libro _______, Folio _______, Hoja _______</w:t>
      </w:r>
    </w:p>
    <w:p/>
    <w:p>
      <w:r>
        <w:rPr>
          <w:b/>
          <w:sz w:val="20"/>
        </w:rPr>
        <w:t>Certifica que:</w:t>
      </w:r>
    </w:p>
    <w:p>
      <w:r>
        <w:rPr>
          <w:b w:val="0"/>
          <w:sz w:val="20"/>
        </w:rPr>
        <w:t>D./Dña.: ______________________________________________________________</w:t>
      </w:r>
    </w:p>
    <w:p>
      <w:r>
        <w:rPr>
          <w:b w:val="0"/>
          <w:sz w:val="20"/>
        </w:rPr>
        <w:t>DNI/NIE: __________________________</w:t>
      </w:r>
    </w:p>
    <w:p>
      <w:r>
        <w:rPr>
          <w:b w:val="0"/>
          <w:sz w:val="20"/>
        </w:rPr>
        <w:t>Domicilio: _____________________________________________________________</w:t>
      </w:r>
    </w:p>
    <w:p>
      <w:r>
        <w:rPr>
          <w:b w:val="0"/>
          <w:sz w:val="20"/>
        </w:rPr>
        <w:t>Es titular de ________ acciones/participaciones de la mencionada entidad.</w:t>
      </w:r>
    </w:p>
    <w:p/>
    <w:p>
      <w:r>
        <w:rPr>
          <w:b/>
          <w:sz w:val="20"/>
        </w:rPr>
        <w:t>Ha percibido en concepto de dividendos los siguientes importes: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Fecha de pago</w:t>
            </w:r>
          </w:p>
        </w:tc>
        <w:tc>
          <w:tcPr>
            <w:tcW w:type="dxa" w:w="2493"/>
          </w:tcPr>
          <w:p>
            <w:r>
              <w:t>Importe bruto (€)</w:t>
            </w:r>
          </w:p>
        </w:tc>
        <w:tc>
          <w:tcPr>
            <w:tcW w:type="dxa" w:w="2493"/>
          </w:tcPr>
          <w:p>
            <w:r>
              <w:t>Retención practicada (€)</w:t>
            </w:r>
          </w:p>
        </w:tc>
        <w:tc>
          <w:tcPr>
            <w:tcW w:type="dxa" w:w="2493"/>
          </w:tcPr>
          <w:p>
            <w:r>
              <w:t>Importe neto percibido (€)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/>
    <w:p>
      <w:r>
        <w:rPr>
          <w:b w:val="0"/>
          <w:sz w:val="20"/>
        </w:rPr>
        <w:t>Total dividendos brutos percibidos: ____________________________ €</w:t>
      </w:r>
    </w:p>
    <w:p>
      <w:r>
        <w:rPr>
          <w:b w:val="0"/>
          <w:sz w:val="20"/>
        </w:rPr>
        <w:t>Total retenciones practicadas: ________________________________ €</w:t>
      </w:r>
    </w:p>
    <w:p>
      <w:r>
        <w:rPr>
          <w:b w:val="0"/>
          <w:sz w:val="20"/>
        </w:rPr>
        <w:t>Total dividendos netos percibidos: ____________________________ €</w:t>
      </w:r>
    </w:p>
    <w:p/>
    <w:p/>
    <w:p>
      <w:r>
        <w:rPr>
          <w:b w:val="0"/>
          <w:sz w:val="20"/>
        </w:rPr>
        <w:t>Y para que conste a los efectos oportunos, se expide el presente certificado.</w:t>
      </w:r>
    </w:p>
    <w:p/>
    <w:p/>
    <w:p/>
    <w:p>
      <w:r>
        <w:rPr>
          <w:b w:val="0"/>
          <w:sz w:val="20"/>
        </w:rPr>
        <w:t>Firma y sello de la entidad</w:t>
      </w:r>
    </w:p>
    <w:p/>
    <w:p/>
    <w:p/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https://experto-certificados.com/certificado-de-dividendos-pagados/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de-dividendos-pagados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