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CAMBIO DE FIRMAS EN BANCO CUENTA CORRIENTE COMUNIDAD DE PROPIETARIOS</w:t>
      </w:r>
    </w:p>
    <w:p/>
    <w:p/>
    <w:p>
      <w:r>
        <w:rPr>
          <w:b w:val="0"/>
          <w:sz w:val="20"/>
        </w:rPr>
        <w:t>Don/Doña</w:t>
      </w:r>
    </w:p>
    <w:p>
      <w:r>
        <w:rPr>
          <w:b w:val="0"/>
          <w:sz w:val="20"/>
        </w:rPr>
        <w:t>Secretario/a de la Comunidad de Propietarios</w:t>
      </w:r>
    </w:p>
    <w:p>
      <w:r>
        <w:rPr>
          <w:b w:val="0"/>
          <w:sz w:val="20"/>
        </w:rPr>
        <w:t>con domicilio en</w:t>
      </w:r>
    </w:p>
    <w:p>
      <w:r>
        <w:rPr>
          <w:b w:val="0"/>
          <w:sz w:val="20"/>
        </w:rPr>
        <w:t>y CIF número</w:t>
      </w:r>
    </w:p>
    <w:p>
      <w:r>
        <w:rPr>
          <w:b/>
          <w:sz w:val="20"/>
        </w:rPr>
        <w:t>CERTIFICA:</w:t>
      </w:r>
    </w:p>
    <w:p/>
    <w:p>
      <w:r>
        <w:rPr>
          <w:b w:val="0"/>
          <w:sz w:val="20"/>
        </w:rPr>
        <w:t>Que en la Junta General de propietarios celebrada en fecha, se acordó el cambio de las personas autorizadas para la disposición de fondos en la cuenta corriente número</w:t>
      </w:r>
    </w:p>
    <w:p>
      <w:r>
        <w:rPr>
          <w:b w:val="0"/>
          <w:sz w:val="20"/>
        </w:rPr>
        <w:t>abierta en la entidad bancaria</w:t>
      </w:r>
    </w:p>
    <w:p>
      <w:r>
        <w:rPr>
          <w:b w:val="0"/>
          <w:sz w:val="20"/>
        </w:rPr>
        <w:t>a nombre de la Comunidad de Propietarios indicada.</w:t>
      </w:r>
    </w:p>
    <w:p/>
    <w:p>
      <w:r>
        <w:rPr>
          <w:b w:val="0"/>
          <w:sz w:val="20"/>
        </w:rPr>
        <w:t>Que, en consecuencia, quedan revocadas todas las autorizaciones anteriores y pasan a ser titulares y personas autorizadas para la firma y disposición de fondos en la citada cuenta los siguientes cargos de la Comunidad:</w:t>
      </w:r>
    </w:p>
    <w:p/>
    <w:p>
      <w:r>
        <w:rPr>
          <w:b w:val="0"/>
          <w:sz w:val="20"/>
        </w:rPr>
        <w:t xml:space="preserve">Presidente: </w:t>
      </w:r>
    </w:p>
    <w:p>
      <w:r>
        <w:rPr>
          <w:b w:val="0"/>
          <w:sz w:val="20"/>
        </w:rPr>
        <w:t xml:space="preserve">DNI: </w:t>
      </w:r>
    </w:p>
    <w:p>
      <w:r>
        <w:rPr>
          <w:b w:val="0"/>
          <w:sz w:val="20"/>
        </w:rPr>
        <w:t>Firma: _________________________</w:t>
      </w:r>
    </w:p>
    <w:p/>
    <w:p>
      <w:r>
        <w:rPr>
          <w:b w:val="0"/>
          <w:sz w:val="20"/>
        </w:rPr>
        <w:t xml:space="preserve">Secretario/a: </w:t>
      </w:r>
    </w:p>
    <w:p>
      <w:r>
        <w:rPr>
          <w:b w:val="0"/>
          <w:sz w:val="20"/>
        </w:rPr>
        <w:t xml:space="preserve">DNI: </w:t>
      </w:r>
    </w:p>
    <w:p>
      <w:r>
        <w:rPr>
          <w:b w:val="0"/>
          <w:sz w:val="20"/>
        </w:rPr>
        <w:t>Firma: _________________________</w:t>
      </w:r>
    </w:p>
    <w:p/>
    <w:p>
      <w:r>
        <w:rPr>
          <w:b w:val="0"/>
          <w:sz w:val="20"/>
        </w:rPr>
        <w:t xml:space="preserve">Administrador/a (si procede): </w:t>
      </w:r>
    </w:p>
    <w:p>
      <w:r>
        <w:rPr>
          <w:b w:val="0"/>
          <w:sz w:val="20"/>
        </w:rPr>
        <w:t xml:space="preserve">DNI: </w:t>
      </w:r>
    </w:p>
    <w:p>
      <w:r>
        <w:rPr>
          <w:b w:val="0"/>
          <w:sz w:val="20"/>
        </w:rPr>
        <w:t>Firma: _________________________</w:t>
      </w:r>
    </w:p>
    <w:p/>
    <w:p/>
    <w:p>
      <w:r>
        <w:rPr>
          <w:b w:val="0"/>
          <w:sz w:val="20"/>
        </w:rPr>
        <w:t>Las presentes firmas y facultades permanecerán vigentes hasta nueva comunicación, debidamente certificada, de la Comunidad de Propietarios.</w:t>
      </w:r>
    </w:p>
    <w:p/>
    <w:p/>
    <w:p>
      <w:r>
        <w:rPr>
          <w:b w:val="0"/>
          <w:sz w:val="20"/>
        </w:rPr>
        <w:t>Y para que conste a los efectos oportunos, expido el presente certificado, con el visto bueno del Presidente, para su presentación en la entidad bancaria.</w:t>
      </w:r>
    </w:p>
    <w:p/>
    <w:p>
      <w:r>
        <w:rPr>
          <w:b/>
          <w:sz w:val="20"/>
        </w:rPr>
        <w:t>Presidente</w:t>
      </w:r>
    </w:p>
    <w:p/>
    <w:p>
      <w:r>
        <w:rPr>
          <w:b w:val="0"/>
          <w:sz w:val="20"/>
        </w:rPr>
        <w:t>Firma: _________________________</w:t>
      </w:r>
    </w:p>
    <w:p/>
    <w:p/>
    <w:p>
      <w:r>
        <w:rPr>
          <w:b/>
          <w:sz w:val="20"/>
        </w:rPr>
        <w:t>Secretario/a</w:t>
      </w:r>
    </w:p>
    <w:p/>
    <w:p>
      <w:r>
        <w:rPr>
          <w:b w:val="0"/>
          <w:sz w:val="20"/>
        </w:rPr>
        <w:t>Firma: _________________________</w:t>
      </w:r>
    </w:p>
    <w:p/>
    <w:p/>
    <w:p>
      <w:r>
        <w:rPr>
          <w:b w:val="0"/>
          <w:sz w:val="20"/>
        </w:rPr>
        <w:t>Sello de la Comunidad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https://experto-certificados.com/certificado-cambio-de-firmas-en-banco-cuenta-corriente-comunidad-propietarios/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cambio-de-firmas-en-banco-cuenta-corriente-comunidad-propietarios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