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ADMINISTRATIVO</w:t>
      </w:r>
    </w:p>
    <w:p/>
    <w:p/>
    <w:p>
      <w:r>
        <w:rPr>
          <w:b w:val="0"/>
          <w:sz w:val="22"/>
        </w:rPr>
        <w:t xml:space="preserve">Organismo: </w:t>
      </w:r>
    </w:p>
    <w:p>
      <w:r>
        <w:rPr>
          <w:b w:val="0"/>
          <w:sz w:val="22"/>
        </w:rPr>
        <w:t xml:space="preserve">Unidad/Servicio: </w:t>
      </w:r>
    </w:p>
    <w:p/>
    <w:p>
      <w:r>
        <w:rPr>
          <w:b w:val="0"/>
          <w:sz w:val="22"/>
        </w:rPr>
        <w:t xml:space="preserve">El/la abajo firmante, </w:t>
      </w:r>
    </w:p>
    <w:p>
      <w:r>
        <w:rPr>
          <w:b w:val="0"/>
          <w:sz w:val="22"/>
        </w:rPr>
        <w:t xml:space="preserve">Cargo: </w:t>
      </w:r>
    </w:p>
    <w:p>
      <w:r>
        <w:rPr>
          <w:b w:val="0"/>
          <w:sz w:val="22"/>
        </w:rPr>
        <w:t xml:space="preserve">Nombre y apellidos: </w:t>
      </w:r>
    </w:p>
    <w:p>
      <w:r>
        <w:rPr>
          <w:b w:val="0"/>
          <w:sz w:val="22"/>
        </w:rPr>
        <w:t xml:space="preserve">con número de identificación profesional: </w:t>
      </w:r>
    </w:p>
    <w:p>
      <w:r>
        <w:rPr>
          <w:b w:val="0"/>
          <w:sz w:val="22"/>
        </w:rPr>
        <w:t>en calidad de funcionario/a de la Administración,</w:t>
      </w:r>
    </w:p>
    <w:p/>
    <w:p>
      <w:r>
        <w:rPr>
          <w:b/>
          <w:sz w:val="22"/>
        </w:rPr>
        <w:t>CERTIFICA</w:t>
      </w:r>
    </w:p>
    <w:p/>
    <w:p>
      <w:r>
        <w:rPr>
          <w:b w:val="0"/>
          <w:sz w:val="22"/>
        </w:rPr>
        <w:t>Que, según consta en los archivos y registros de este Organismo,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>Y para que así conste, se expide el presente certificado a petición de la parte interesada.</w:t>
      </w:r>
    </w:p>
    <w:p/>
    <w:p/>
    <w:p>
      <w:r>
        <w:rPr>
          <w:b w:val="0"/>
          <w:sz w:val="22"/>
        </w:rPr>
        <w:t xml:space="preserve">Lugar: </w:t>
      </w:r>
    </w:p>
    <w:p>
      <w:r>
        <w:rPr>
          <w:b w:val="0"/>
          <w:sz w:val="22"/>
        </w:rPr>
        <w:t xml:space="preserve"> </w:t>
      </w:r>
    </w:p>
    <w:p>
      <w:r>
        <w:rPr>
          <w:b w:val="0"/>
          <w:sz w:val="22"/>
        </w:rPr>
        <w:t>El/la funcionario/a certificante,</w:t>
      </w:r>
    </w:p>
    <w:p/>
    <w:p/>
    <w:p/>
    <w:p/>
    <w:p>
      <w:r>
        <w:rPr>
          <w:b w:val="0"/>
          <w:sz w:val="22"/>
        </w:rPr>
        <w:t xml:space="preserve">Firma: </w:t>
      </w:r>
    </w:p>
    <w:p>
      <w:r>
        <w:rPr>
          <w:b w:val="0"/>
          <w:sz w:val="22"/>
        </w:rPr>
        <w:t>Sello del Organismo: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https://experto-certificados.com/certificado-administrativo/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administrativ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