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AUTORIZACIÓN PARA USO DE CERTIFICADO DIGITAL</w:t>
      </w:r>
    </w:p>
    <w:p/>
    <w:p>
      <w:r>
        <w:rPr>
          <w:b w:val="0"/>
          <w:sz w:val="20"/>
        </w:rPr>
        <w:t>D./Dña.: ____________________________________________________________</w:t>
      </w:r>
    </w:p>
    <w:p>
      <w:r>
        <w:rPr>
          <w:b w:val="0"/>
          <w:sz w:val="20"/>
        </w:rPr>
        <w:t>con DNI/NIE nº ____________________________ y domicilio en ______________________________________,</w:t>
      </w:r>
    </w:p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ostenta la titularidad del certificado digital expedido por ______________________________________, con número de serie ____________________________, y que requiere realizar determinados trámites administrativos y/o gestiones electrónicas en nombre propio o de un tercero.</w:t>
      </w:r>
    </w:p>
    <w:p/>
    <w:p>
      <w:r>
        <w:rPr>
          <w:b w:val="0"/>
          <w:sz w:val="20"/>
        </w:rPr>
        <w:t>Por la presente,</w:t>
      </w:r>
    </w:p>
    <w:p>
      <w:r>
        <w:rPr>
          <w:b/>
          <w:sz w:val="20"/>
        </w:rPr>
        <w:t>AUTORIZA</w:t>
      </w:r>
    </w:p>
    <w:p>
      <w:r>
        <w:rPr>
          <w:b w:val="0"/>
          <w:sz w:val="20"/>
        </w:rPr>
        <w:t>a D./Dña.: ___________________________________________________________</w:t>
      </w:r>
    </w:p>
    <w:p>
      <w:r>
        <w:rPr>
          <w:b w:val="0"/>
          <w:sz w:val="20"/>
        </w:rPr>
        <w:t>con DNI/NIE nº ____________________________, para que utilice el referido certificado digital exclusivamente para la realización de los trámites y gestiones electrónicas que sean necesarias en el ámbito de ______________________________________.</w:t>
      </w:r>
    </w:p>
    <w:p/>
    <w:p>
      <w:r>
        <w:rPr>
          <w:b w:val="0"/>
          <w:sz w:val="20"/>
        </w:rPr>
        <w:t>La presente autorización se concede de forma expresa y limitada exclusivamente al uso indicado y bajo las condiciones establecidas, quedando prohibida cualquier utilización distinta a la autorizada.</w:t>
      </w:r>
    </w:p>
    <w:p/>
    <w:p>
      <w:r>
        <w:rPr>
          <w:b w:val="0"/>
          <w:sz w:val="20"/>
        </w:rPr>
        <w:t>Ambas partes declaran conocer y aceptar las responsabilidades derivadas del uso del certificado digital, en especial las referidas a la protección de datos personales, confidencialidad y su uso conforme a la normativa vigente.</w:t>
      </w:r>
    </w:p>
    <w:p/>
    <w:p>
      <w:r>
        <w:rPr>
          <w:b w:val="0"/>
          <w:sz w:val="20"/>
        </w:rPr>
        <w:t>Y para que conste, firman la presente autorización.</w:t>
      </w:r>
    </w:p>
    <w:p/>
    <w:p/>
    <w:p>
      <w:r>
        <w:rPr>
          <w:b/>
          <w:sz w:val="20"/>
        </w:rPr>
        <w:t>Firmante (Titular del certificado digital):</w:t>
      </w:r>
    </w:p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/>
          <w:sz w:val="20"/>
        </w:rPr>
        <w:t>Firmante (Persona autorizada):</w:t>
      </w:r>
    </w:p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https://experto-certificados.com/autorizacion-uso-certificado-digital/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autorizacion-uso-certificado-digital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