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ACTA DE LA JUNTA GENERAL ORDINARIA DE LA COMUNIDAD DE PROPIETARIOS</w:t>
      </w:r>
    </w:p>
    <w:p/>
    <w:p>
      <w:pPr>
        <w:jc w:val="center"/>
      </w:pPr>
      <w:r>
        <w:rPr>
          <w:b/>
          <w:sz w:val="24"/>
        </w:rPr>
        <w:t>RENOVACIÓN DE CARGOS</w:t>
      </w:r>
    </w:p>
    <w:p/>
    <w:p/>
    <w:p>
      <w:r>
        <w:rPr>
          <w:b w:val="0"/>
          <w:sz w:val="22"/>
        </w:rPr>
        <w:t>En el inmueble sito en ________________________________________________________________, se celebra Junta General Ordinaria de la Comunidad de Propietarios, en segunda convocatoria, con la asistencia de los propietarios que constan en la lista adjunta, que representan la mayoría exigida por la Ley de Propiedad Horizontal.</w:t>
      </w:r>
    </w:p>
    <w:p/>
    <w:p>
      <w:r>
        <w:rPr>
          <w:b/>
          <w:sz w:val="22"/>
        </w:rPr>
        <w:t>ORDEN DEL DÍA:</w:t>
      </w:r>
    </w:p>
    <w:p>
      <w:r>
        <w:rPr>
          <w:b w:val="0"/>
          <w:sz w:val="22"/>
        </w:rPr>
        <w:t>1. Renovación de los cargos de la Junta Directiva de la Comunidad de Propietarios.</w:t>
      </w:r>
    </w:p>
    <w:p>
      <w:r>
        <w:rPr>
          <w:b w:val="0"/>
          <w:sz w:val="22"/>
        </w:rPr>
        <w:t>2. Ruegos y preguntas.</w:t>
      </w:r>
    </w:p>
    <w:p/>
    <w:p>
      <w:r>
        <w:rPr>
          <w:b/>
          <w:sz w:val="22"/>
        </w:rPr>
        <w:t>DESARROLLO DE LA JUNTA</w:t>
      </w:r>
    </w:p>
    <w:p>
      <w:r>
        <w:rPr>
          <w:b w:val="0"/>
          <w:sz w:val="22"/>
        </w:rPr>
        <w:t>Abierta la sesión, el Presidente saliente expone la necesidad de proceder a la renovación anual de los cargos de la Junta Directiva, de conformidad con lo dispuesto en el artículo 13 de la Ley de Propiedad Horizontal.</w:t>
      </w:r>
    </w:p>
    <w:p/>
    <w:p>
      <w:r>
        <w:rPr>
          <w:b w:val="0"/>
          <w:sz w:val="22"/>
        </w:rPr>
        <w:t>Tras deliberación, se procede a la elección de los siguientes cargos de la Comunidad de Propietarios, quedando designados por unanimidad los siguientes propietarios:</w:t>
      </w:r>
    </w:p>
    <w:p/>
    <w:p>
      <w:r>
        <w:rPr>
          <w:b/>
          <w:sz w:val="22"/>
        </w:rPr>
        <w:t>PRESIDENTE:</w:t>
      </w:r>
    </w:p>
    <w:p>
      <w:r>
        <w:rPr>
          <w:b w:val="0"/>
          <w:sz w:val="22"/>
        </w:rPr>
        <w:t>D./Dña.: ___________________________________________________ Propietario/a del piso/local nº ________</w:t>
      </w:r>
    </w:p>
    <w:p/>
    <w:p>
      <w:r>
        <w:rPr>
          <w:b/>
          <w:sz w:val="22"/>
        </w:rPr>
        <w:t>VICEPRESIDENTE:</w:t>
      </w:r>
    </w:p>
    <w:p>
      <w:r>
        <w:rPr>
          <w:b w:val="0"/>
          <w:sz w:val="22"/>
        </w:rPr>
        <w:t>D./Dña.: ___________________________________________________ Propietario/a del piso/local nº ________</w:t>
      </w:r>
    </w:p>
    <w:p/>
    <w:p>
      <w:r>
        <w:rPr>
          <w:b/>
          <w:sz w:val="22"/>
        </w:rPr>
        <w:t>SECRETARIO:</w:t>
      </w:r>
    </w:p>
    <w:p>
      <w:r>
        <w:rPr>
          <w:b w:val="0"/>
          <w:sz w:val="22"/>
        </w:rPr>
        <w:t>D./Dña.: ___________________________________________________ Propietario/a del piso/local nº ________</w:t>
      </w:r>
    </w:p>
    <w:p/>
    <w:p>
      <w:r>
        <w:rPr>
          <w:b/>
          <w:sz w:val="22"/>
        </w:rPr>
        <w:t>ADMINISTRADOR:</w:t>
      </w:r>
    </w:p>
    <w:p>
      <w:r>
        <w:rPr>
          <w:b w:val="0"/>
          <w:sz w:val="22"/>
        </w:rPr>
        <w:t>D./Dña.: ___________________________________________________ Propietario/a del piso/local nº ________</w:t>
      </w:r>
    </w:p>
    <w:p/>
    <w:p/>
    <w:p>
      <w:r>
        <w:rPr>
          <w:b w:val="0"/>
          <w:sz w:val="22"/>
        </w:rPr>
        <w:t>Todos los designados aceptan sus cargos, que desempeñarán durante el plazo de un año o hasta la celebración de la próxima Junta de renovación de cargos, de conformidad con los Estatutos y la Ley de Propiedad Horizontal.</w:t>
      </w:r>
    </w:p>
    <w:p/>
    <w:p>
      <w:r>
        <w:rPr>
          <w:b w:val="0"/>
          <w:sz w:val="22"/>
        </w:rPr>
        <w:t>A continuación, se concede la palabra a los asistentes para ruegos y preguntas. No habiéndose formulado ninguna cuestión, se da por finalizada la sesión.</w:t>
      </w:r>
    </w:p>
    <w:p/>
    <w:p/>
    <w:p>
      <w:r>
        <w:rPr>
          <w:b w:val="0"/>
          <w:sz w:val="22"/>
        </w:rPr>
        <w:t>Y para que así conste, se extiende la presente acta, que firman el Presidente y el Secretario en prueba de conformidad.</w:t>
      </w:r>
    </w:p>
    <w:p/>
    <w:p/>
    <w:p/>
    <w:p>
      <w:r>
        <w:rPr>
          <w:b/>
          <w:sz w:val="22"/>
        </w:rPr>
        <w:t>EL PRESIDENTE</w:t>
      </w:r>
    </w:p>
    <w:p/>
    <w:p/>
    <w:p>
      <w:r>
        <w:rPr>
          <w:b/>
          <w:sz w:val="22"/>
        </w:rPr>
        <w:t>EL SECRETARIO</w:t>
      </w:r>
    </w:p>
    <w:p/>
    <w:p/>
    <w:p>
      <w:r>
        <w:rPr>
          <w:b w:val="0"/>
          <w:sz w:val="22"/>
        </w:rPr>
        <w:t>______________________________</w:t>
      </w:r>
    </w:p>
    <w:p/>
    <w:p>
      <w:r>
        <w:rPr>
          <w:b w:val="0"/>
          <w:sz w:val="22"/>
        </w:rPr>
        <w:t>______________________________</w:t>
      </w:r>
    </w:p>
    <w:p>
      <w:r>
        <w:br w:type="page"/>
      </w:r>
    </w:p>
    <w:p>
      <w:pPr>
        <w:jc w:val="center"/>
      </w:pPr>
      <w:r>
        <w:rPr>
          <w:color w:val="555555"/>
          <w:sz w:val="24"/>
        </w:rPr>
        <w:t>Fuente original del documento:</w:t>
      </w:r>
    </w:p>
    <w:p>
      <w:pPr>
        <w:jc w:val="center"/>
      </w:pPr>
      <w:hyperlink r:id="rId9">
        <w:r>
          <w:rPr>
            <w:color w:val="0000FF"/>
            <w:u w:val="single"/>
          </w:rPr>
          <w:t>https://experto-certificados.com/acta-renovacion-cargos-comunidad-propietarios/</w:t>
        </w:r>
      </w:hyperlink>
    </w:p>
    <w:p>
      <w:pPr>
        <w:jc w:val="center"/>
      </w:pPr>
      <w:r>
        <w:rPr>
          <w:color w:val="555555"/>
          <w:sz w:val="26"/>
        </w:rPr>
        <w:t>¿Te ha resultado útil esta plantilla?</w:t>
      </w:r>
    </w:p>
    <w:p>
      <w:pPr>
        <w:jc w:val="center"/>
      </w:pPr>
      <w:r>
        <w:rPr>
          <w:color w:val="555555"/>
          <w:sz w:val="26"/>
        </w:rPr>
        <w:t>Descubre más documentos actualizados en:</w:t>
      </w:r>
    </w:p>
    <w:p>
      <w:pPr>
        <w:jc w:val="center"/>
      </w:pPr>
      <w:hyperlink r:id="rId10">
        <w:r>
          <w:rPr>
            <w:color w:val="0000FF"/>
            <w:u w:val="single"/>
          </w:rPr>
          <w:t>https://experto-certificados.com</w:t>
        </w:r>
      </w:hyperlink>
    </w:p>
    <w:p>
      <w:pPr>
        <w:jc w:val="center"/>
      </w:pPr>
      <w:r>
        <w:rPr>
          <w:color w:val="808080"/>
          <w:sz w:val="20"/>
        </w:rPr>
        <w:t>Plantilla de uso personal y gratuito. Prohibido su uso comercial.</w:t>
        <w:br/>
        <w:t>Si se comparte o publica, debe mencionarse la fuente. © experto-certificados.com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xperto-certificados.com/acta-renovacion-cargos-comunidad-propietarios/" TargetMode="External"/><Relationship Id="rId10" Type="http://schemas.openxmlformats.org/officeDocument/2006/relationships/hyperlink" Target="https://experto-certificad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