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ACTA DE LA JUNTA GENERAL EXTRAORDINARIA</w:t>
      </w:r>
    </w:p>
    <w:p/>
    <w:p>
      <w:r>
        <w:rPr>
          <w:b w:val="0"/>
          <w:sz w:val="20"/>
        </w:rPr>
        <w:t>En ______________________, siendo las ______ horas, se reúne la Junta General Extraordinaria de la sociedad ______________________, con domicilio social en ______________________, debidamente convocada conforme a la Ley y los Estatutos Sociales.</w:t>
      </w:r>
    </w:p>
    <w:p/>
    <w:p>
      <w:r>
        <w:rPr>
          <w:b/>
          <w:sz w:val="20"/>
        </w:rPr>
        <w:t>ASISTENTES</w:t>
      </w:r>
    </w:p>
    <w:p>
      <w:r>
        <w:rPr>
          <w:b w:val="0"/>
          <w:sz w:val="20"/>
        </w:rPr>
        <w:t>Presidente: ________________________________________________________</w:t>
      </w:r>
    </w:p>
    <w:p>
      <w:r>
        <w:rPr>
          <w:b w:val="0"/>
          <w:sz w:val="20"/>
        </w:rPr>
        <w:t>Secretario:  ________________________________________________________</w:t>
      </w:r>
    </w:p>
    <w:p>
      <w:r>
        <w:rPr>
          <w:b w:val="0"/>
          <w:sz w:val="20"/>
        </w:rPr>
        <w:t>Socios asistentes, presentes y representados:</w:t>
      </w:r>
    </w:p>
    <w:p>
      <w:r>
        <w:rPr>
          <w:b w:val="0"/>
          <w:sz w:val="20"/>
        </w:rPr>
        <w:t>D./Dña. ___________________________________________________________</w:t>
      </w:r>
    </w:p>
    <w:p>
      <w:r>
        <w:rPr>
          <w:b w:val="0"/>
          <w:sz w:val="20"/>
        </w:rPr>
        <w:t>Participaciones/Acciones: ____________  % del capital social: ____________</w:t>
      </w:r>
    </w:p>
    <w:p>
      <w:r>
        <w:rPr>
          <w:b w:val="0"/>
          <w:sz w:val="20"/>
        </w:rPr>
        <w:t>D./Dña. ___________________________________________________________</w:t>
      </w:r>
    </w:p>
    <w:p>
      <w:r>
        <w:rPr>
          <w:b w:val="0"/>
          <w:sz w:val="20"/>
        </w:rPr>
        <w:t>Participaciones/Acciones: ____________  % del capital social: ____________</w:t>
      </w:r>
    </w:p>
    <w:p>
      <w:r>
        <w:rPr>
          <w:b w:val="0"/>
          <w:sz w:val="20"/>
        </w:rPr>
        <w:t>Total capital presente o representado: ____________  % del capital social</w:t>
      </w:r>
    </w:p>
    <w:p/>
    <w:p>
      <w:r>
        <w:rPr>
          <w:b/>
          <w:sz w:val="20"/>
        </w:rPr>
        <w:t>CONSTITUCIÓN DE LA JUNTA</w:t>
      </w:r>
    </w:p>
    <w:p>
      <w:r>
        <w:rPr>
          <w:b w:val="0"/>
          <w:sz w:val="20"/>
        </w:rPr>
        <w:t>El Presidente declara válidamente constituida la Junta General Extraordinaria al concurrir el quórum exigido por la legislación vigente y los Estatutos Sociales.</w:t>
      </w:r>
    </w:p>
    <w:p/>
    <w:p>
      <w:r>
        <w:rPr>
          <w:b/>
          <w:sz w:val="20"/>
        </w:rPr>
        <w:t>ORDEN DEL DÍA</w:t>
      </w:r>
    </w:p>
    <w:p>
      <w:r>
        <w:rPr>
          <w:b w:val="0"/>
          <w:sz w:val="20"/>
        </w:rPr>
        <w:t>1. 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</w:t>
      </w:r>
    </w:p>
    <w:p/>
    <w:p>
      <w:r>
        <w:rPr>
          <w:b/>
          <w:sz w:val="20"/>
        </w:rPr>
        <w:t>DELIBERACIONES Y ACUERDOS</w:t>
      </w:r>
    </w:p>
    <w:p>
      <w:r>
        <w:rPr>
          <w:b w:val="0"/>
          <w:sz w:val="20"/>
        </w:rPr>
        <w:t>Tras exposición y debate de los asuntos incluidos en el orden del día, la Junta adopta, por unanimidad/de mayoría, los siguientes acuerdos:</w:t>
      </w:r>
    </w:p>
    <w:p>
      <w:r>
        <w:rPr>
          <w:b w:val="0"/>
          <w:sz w:val="20"/>
        </w:rPr>
        <w:t>PRIMERO.- 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SEGUNDO.- 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TERCERO.- 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 w:val="0"/>
          <w:sz w:val="20"/>
        </w:rPr>
        <w:t>No habiendo más asuntos que tratar, el Presidente levanta la sesión, extendiéndose la presente acta que, leída por todos los asistentes, es aprobada y firmada por el Presidente y el Secretario, en prueba de conformidad.</w:t>
      </w:r>
    </w:p>
    <w:p/>
    <w:p/>
    <w:p>
      <w:r>
        <w:rPr>
          <w:b/>
          <w:sz w:val="20"/>
        </w:rPr>
        <w:t>EL PRESIDENTE</w:t>
      </w:r>
    </w:p>
    <w:p/>
    <w:p/>
    <w:p/>
    <w:p>
      <w:r>
        <w:rPr>
          <w:b w:val="0"/>
          <w:sz w:val="20"/>
        </w:rPr>
        <w:t>Firma: ______________________________</w:t>
      </w:r>
    </w:p>
    <w:p/>
    <w:p/>
    <w:p>
      <w:r>
        <w:rPr>
          <w:b/>
          <w:sz w:val="20"/>
        </w:rPr>
        <w:t>EL SECRETARIO</w:t>
      </w:r>
    </w:p>
    <w:p/>
    <w:p/>
    <w:p/>
    <w:p>
      <w:r>
        <w:rPr>
          <w:b w:val="0"/>
          <w:sz w:val="20"/>
        </w:rPr>
        <w:t>Firma: 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https://experto-certificados.com/acta-junta-general-extraordinaria/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acta-junta-general-extraordinaria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