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ACTA DE DEFUNCIÓN</w:t>
      </w:r>
    </w:p>
    <w:p/>
    <w:p/>
    <w:p>
      <w:r>
        <w:rPr>
          <w:b/>
          <w:sz w:val="24"/>
        </w:rPr>
        <w:t>DATOS DEL FALLECIDO</w:t>
      </w:r>
    </w:p>
    <w:p>
      <w:r>
        <w:rPr>
          <w:b w:val="0"/>
          <w:sz w:val="20"/>
        </w:rPr>
        <w:t>Nombre y apellidos: ____________________________________________________________</w:t>
      </w:r>
    </w:p>
    <w:p>
      <w:r>
        <w:rPr>
          <w:b w:val="0"/>
          <w:sz w:val="20"/>
        </w:rPr>
        <w:t>Sexo: ______________________        Estado civil: ______________________________</w:t>
      </w:r>
    </w:p>
    <w:p>
      <w:r>
        <w:rPr>
          <w:b w:val="0"/>
          <w:sz w:val="20"/>
        </w:rPr>
        <w:t>Fecha de nacimiento: ______________________    Lugar de nacimiento: ___________________</w:t>
      </w:r>
    </w:p>
    <w:p>
      <w:r>
        <w:rPr>
          <w:b w:val="0"/>
          <w:sz w:val="20"/>
        </w:rPr>
        <w:t>Nacionalidad: ___________________________</w:t>
      </w:r>
    </w:p>
    <w:p>
      <w:r>
        <w:rPr>
          <w:b w:val="0"/>
          <w:sz w:val="20"/>
        </w:rPr>
        <w:t>DNI/NIE/Pasaporte: _____________________________</w:t>
      </w:r>
    </w:p>
    <w:p>
      <w:r>
        <w:rPr>
          <w:b w:val="0"/>
          <w:sz w:val="20"/>
        </w:rPr>
        <w:t>Domicilio: ____________________________________________________________</w:t>
      </w:r>
    </w:p>
    <w:p>
      <w:r>
        <w:rPr>
          <w:b w:val="0"/>
          <w:sz w:val="20"/>
        </w:rPr>
        <w:t>Profesión: ___________________________</w:t>
      </w:r>
    </w:p>
    <w:p>
      <w:r>
        <w:rPr>
          <w:b w:val="0"/>
          <w:sz w:val="20"/>
        </w:rPr>
        <w:t>Nombre del padre: _____________________________________________________</w:t>
      </w:r>
    </w:p>
    <w:p>
      <w:r>
        <w:rPr>
          <w:b w:val="0"/>
          <w:sz w:val="20"/>
        </w:rPr>
        <w:t>Nombre de la madre: ___________________________________________________</w:t>
      </w:r>
    </w:p>
    <w:p/>
    <w:p>
      <w:r>
        <w:rPr>
          <w:b/>
          <w:sz w:val="24"/>
        </w:rPr>
        <w:t>DATOS DEL FALLECIMIENTO</w:t>
      </w:r>
    </w:p>
    <w:p>
      <w:r>
        <w:rPr>
          <w:b w:val="0"/>
          <w:sz w:val="20"/>
        </w:rPr>
        <w:t>Fecha del fallecimiento: ______________________</w:t>
      </w:r>
    </w:p>
    <w:p>
      <w:r>
        <w:rPr>
          <w:b w:val="0"/>
          <w:sz w:val="20"/>
        </w:rPr>
        <w:t>Hora del fallecimiento: _______________________</w:t>
      </w:r>
    </w:p>
    <w:p>
      <w:r>
        <w:rPr>
          <w:b w:val="0"/>
          <w:sz w:val="20"/>
        </w:rPr>
        <w:t>Lugar del fallecimiento: ________________________________________________________</w:t>
      </w:r>
    </w:p>
    <w:p>
      <w:r>
        <w:rPr>
          <w:b w:val="0"/>
          <w:sz w:val="20"/>
        </w:rPr>
        <w:t>Causa del fallecimiento: ________________________________________________________</w:t>
      </w:r>
    </w:p>
    <w:p>
      <w:r>
        <w:rPr>
          <w:b w:val="0"/>
          <w:sz w:val="20"/>
        </w:rPr>
        <w:t>Médico que certifica la defunción: _______________________________________________</w:t>
      </w:r>
    </w:p>
    <w:p>
      <w:r>
        <w:rPr>
          <w:b w:val="0"/>
          <w:sz w:val="20"/>
        </w:rPr>
        <w:t>Número de colegiado: ________________________</w:t>
      </w:r>
    </w:p>
    <w:p>
      <w:r>
        <w:rPr>
          <w:b w:val="0"/>
          <w:sz w:val="20"/>
        </w:rPr>
        <w:t>Centro sanitario/Institución: _____________________________________________</w:t>
      </w:r>
    </w:p>
    <w:p/>
    <w:p>
      <w:r>
        <w:rPr>
          <w:b/>
          <w:sz w:val="24"/>
        </w:rPr>
        <w:t>INSCRIPCIÓN DEL FALLECIMIENTO</w:t>
      </w:r>
    </w:p>
    <w:p>
      <w:r>
        <w:rPr>
          <w:b w:val="0"/>
          <w:sz w:val="20"/>
        </w:rPr>
        <w:t>Registro Civil: _______________________________________________________________</w:t>
      </w:r>
    </w:p>
    <w:p>
      <w:r>
        <w:rPr>
          <w:b w:val="0"/>
          <w:sz w:val="20"/>
        </w:rPr>
        <w:t>Localidad: _________________________  Provincia: ____________________________</w:t>
      </w:r>
    </w:p>
    <w:p>
      <w:r>
        <w:rPr>
          <w:b w:val="0"/>
          <w:sz w:val="20"/>
        </w:rPr>
        <w:t>Número de inscripción: _____________________  Tomo: ________________  Página: _______________</w:t>
      </w:r>
    </w:p>
    <w:p/>
    <w:p>
      <w:r>
        <w:rPr>
          <w:b/>
          <w:sz w:val="24"/>
        </w:rPr>
        <w:t>DATOS DE LOS DECLARANTES O TESTIGOS</w:t>
      </w:r>
    </w:p>
    <w:p>
      <w:r>
        <w:rPr>
          <w:b w:val="0"/>
          <w:sz w:val="20"/>
        </w:rPr>
        <w:t>Nombre y apellidos: ____________________________________________________________</w:t>
      </w:r>
    </w:p>
    <w:p>
      <w:r>
        <w:rPr>
          <w:b w:val="0"/>
          <w:sz w:val="20"/>
        </w:rPr>
        <w:t>DNI/NIE/Pasaporte: _____________________________</w:t>
      </w:r>
    </w:p>
    <w:p>
      <w:r>
        <w:rPr>
          <w:b w:val="0"/>
          <w:sz w:val="20"/>
        </w:rPr>
        <w:t>Parentesco o relación con el fallecido: _________________________________________</w:t>
      </w:r>
    </w:p>
    <w:p>
      <w:r>
        <w:rPr>
          <w:b w:val="0"/>
          <w:sz w:val="20"/>
        </w:rPr>
        <w:t>Domicilio: ____________________________________________________________</w:t>
      </w:r>
    </w:p>
    <w:p/>
    <w:p>
      <w:r>
        <w:rPr>
          <w:b w:val="0"/>
          <w:sz w:val="20"/>
        </w:rPr>
        <w:t>Nombre y apellidos: ____________________________________________________________</w:t>
      </w:r>
    </w:p>
    <w:p>
      <w:r>
        <w:rPr>
          <w:b w:val="0"/>
          <w:sz w:val="20"/>
        </w:rPr>
        <w:t>DNI/NIE/Pasaporte: _____________________________</w:t>
      </w:r>
    </w:p>
    <w:p>
      <w:r>
        <w:rPr>
          <w:b w:val="0"/>
          <w:sz w:val="20"/>
        </w:rPr>
        <w:t>Parentesco o relación con el fallecido: _________________________________________</w:t>
      </w:r>
    </w:p>
    <w:p>
      <w:r>
        <w:rPr>
          <w:b w:val="0"/>
          <w:sz w:val="20"/>
        </w:rPr>
        <w:t>Domicilio: ____________________________________________________________</w:t>
      </w:r>
    </w:p>
    <w:p/>
    <w:p/>
    <w:p>
      <w:r>
        <w:rPr>
          <w:b/>
          <w:sz w:val="24"/>
        </w:rPr>
        <w:t>OBSERVACIONES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/>
    <w:p>
      <w:r>
        <w:rPr>
          <w:b w:val="0"/>
          <w:sz w:val="20"/>
        </w:rPr>
        <w:t>Firma del declarante/testigo: _____________________________</w:t>
      </w:r>
    </w:p>
    <w:p/>
    <w:p>
      <w:r>
        <w:rPr>
          <w:b w:val="0"/>
          <w:sz w:val="20"/>
        </w:rPr>
        <w:t>Firma del funcionario/encargado: _____________________________</w:t>
      </w:r>
    </w:p>
    <w:p/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https://experto-certificados.com/acta-de-defuncion/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https://experto-certificados.com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experto-certificados.com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certificados.com/acta-de-defuncion/" TargetMode="External"/><Relationship Id="rId10" Type="http://schemas.openxmlformats.org/officeDocument/2006/relationships/hyperlink" Target="https://experto-certificad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